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8ECC8" w14:textId="4D627E07" w:rsidR="006B1E9A" w:rsidRDefault="002042E5">
      <w:pPr>
        <w:pStyle w:val="Title"/>
      </w:pPr>
      <w:r>
        <w:t>2026 Buddy Boys Golf Guide</w:t>
      </w:r>
      <w:r w:rsidR="00875E20">
        <w:t xml:space="preserve"> </w:t>
      </w:r>
    </w:p>
    <w:p w14:paraId="1CE7A380" w14:textId="559CE801" w:rsidR="00672189" w:rsidRPr="005A74CE" w:rsidRDefault="00672189" w:rsidP="00672189">
      <w:pPr>
        <w:rPr>
          <w:rFonts w:cstheme="minorHAnsi"/>
          <w:sz w:val="28"/>
          <w:szCs w:val="28"/>
        </w:rPr>
      </w:pPr>
      <w:r w:rsidRPr="005A74CE">
        <w:rPr>
          <w:rFonts w:cstheme="minorHAnsi"/>
          <w:b/>
          <w:bCs/>
          <w:sz w:val="28"/>
          <w:szCs w:val="28"/>
        </w:rPr>
        <w:t>Entry:</w:t>
      </w:r>
    </w:p>
    <w:p w14:paraId="7D7827CF" w14:textId="77777777" w:rsidR="00672189" w:rsidRPr="00545592" w:rsidRDefault="00672189" w:rsidP="00672189">
      <w:pPr>
        <w:pStyle w:val="ListParagraph"/>
        <w:numPr>
          <w:ilvl w:val="0"/>
          <w:numId w:val="22"/>
        </w:numPr>
        <w:spacing w:after="160" w:line="259" w:lineRule="auto"/>
        <w:rPr>
          <w:sz w:val="20"/>
          <w:szCs w:val="20"/>
        </w:rPr>
      </w:pPr>
      <w:r w:rsidRPr="00545592">
        <w:rPr>
          <w:rFonts w:cstheme="minorHAnsi"/>
          <w:sz w:val="20"/>
          <w:szCs w:val="20"/>
        </w:rPr>
        <w:t>Entries are open to all.</w:t>
      </w:r>
    </w:p>
    <w:p w14:paraId="528CA183" w14:textId="2B55EBF9" w:rsidR="00672189" w:rsidRPr="00982634" w:rsidRDefault="00672189" w:rsidP="00982634">
      <w:pPr>
        <w:pStyle w:val="ListParagraph"/>
        <w:numPr>
          <w:ilvl w:val="0"/>
          <w:numId w:val="22"/>
        </w:numPr>
        <w:spacing w:after="160" w:line="259" w:lineRule="auto"/>
        <w:rPr>
          <w:sz w:val="20"/>
          <w:szCs w:val="20"/>
        </w:rPr>
      </w:pPr>
      <w:r w:rsidRPr="00545592">
        <w:rPr>
          <w:rFonts w:cstheme="minorHAnsi"/>
          <w:sz w:val="20"/>
          <w:szCs w:val="20"/>
        </w:rPr>
        <w:t xml:space="preserve">A minimum of </w:t>
      </w:r>
      <w:r w:rsidR="00FA7FE4">
        <w:rPr>
          <w:rFonts w:cstheme="minorHAnsi"/>
          <w:sz w:val="20"/>
          <w:szCs w:val="20"/>
        </w:rPr>
        <w:t>12</w:t>
      </w:r>
      <w:r w:rsidRPr="00545592">
        <w:rPr>
          <w:rFonts w:cstheme="minorHAnsi"/>
          <w:sz w:val="20"/>
          <w:szCs w:val="20"/>
        </w:rPr>
        <w:t xml:space="preserve"> golfers for game.</w:t>
      </w:r>
    </w:p>
    <w:p w14:paraId="0E13DBDD" w14:textId="23A20AAE" w:rsidR="00672189" w:rsidRPr="00DB18D6" w:rsidRDefault="00672189" w:rsidP="00DB18D6">
      <w:pPr>
        <w:pStyle w:val="ListParagraph"/>
        <w:numPr>
          <w:ilvl w:val="0"/>
          <w:numId w:val="22"/>
        </w:numPr>
        <w:spacing w:after="160" w:line="259" w:lineRule="auto"/>
        <w:rPr>
          <w:sz w:val="20"/>
          <w:szCs w:val="20"/>
        </w:rPr>
      </w:pPr>
      <w:r w:rsidRPr="00E7675F">
        <w:rPr>
          <w:sz w:val="20"/>
          <w:szCs w:val="20"/>
        </w:rPr>
        <w:t>Event reservations are for 6 tee times (24 players). If entries exceed 24 players, and there is availability, a seventh (7</w:t>
      </w:r>
      <w:r w:rsidRPr="00E7675F">
        <w:rPr>
          <w:sz w:val="20"/>
          <w:szCs w:val="20"/>
          <w:vertAlign w:val="superscript"/>
        </w:rPr>
        <w:t>th</w:t>
      </w:r>
      <w:r w:rsidRPr="00E7675F">
        <w:rPr>
          <w:sz w:val="20"/>
          <w:szCs w:val="20"/>
        </w:rPr>
        <w:t>) tee time will be secured, but not guaranteed.</w:t>
      </w:r>
    </w:p>
    <w:p w14:paraId="2AE66C00" w14:textId="77777777" w:rsidR="00672189" w:rsidRPr="008D7B6B" w:rsidRDefault="00672189" w:rsidP="00672189">
      <w:pPr>
        <w:pStyle w:val="ListParagraph"/>
        <w:numPr>
          <w:ilvl w:val="0"/>
          <w:numId w:val="22"/>
        </w:numPr>
        <w:spacing w:after="160" w:line="259" w:lineRule="auto"/>
        <w:rPr>
          <w:sz w:val="20"/>
          <w:szCs w:val="20"/>
        </w:rPr>
      </w:pPr>
      <w:r w:rsidRPr="008D7B6B">
        <w:rPr>
          <w:rFonts w:eastAsia="Times New Roman" w:cstheme="minorHAnsi"/>
          <w:color w:val="080809"/>
          <w:sz w:val="20"/>
          <w:szCs w:val="20"/>
        </w:rPr>
        <w:t>Should there be more entries than availability, priority will go to the member with the number of events played, most to least.</w:t>
      </w:r>
    </w:p>
    <w:p w14:paraId="64CA171C" w14:textId="77777777" w:rsidR="00672189" w:rsidRPr="00F11F49" w:rsidRDefault="00672189" w:rsidP="00672189">
      <w:pPr>
        <w:pStyle w:val="ListParagraph"/>
        <w:numPr>
          <w:ilvl w:val="0"/>
          <w:numId w:val="22"/>
        </w:numPr>
        <w:spacing w:after="160" w:line="259" w:lineRule="auto"/>
        <w:rPr>
          <w:sz w:val="20"/>
          <w:szCs w:val="20"/>
        </w:rPr>
      </w:pPr>
      <w:r w:rsidRPr="008D7B6B">
        <w:rPr>
          <w:rFonts w:eastAsia="Times New Roman" w:cstheme="minorHAnsi"/>
          <w:color w:val="080809"/>
          <w:sz w:val="20"/>
          <w:szCs w:val="20"/>
        </w:rPr>
        <w:t>Groupings are posted the Monday before the event. All cancellations after the Tuesday before the event will place that player on the stand-by list for the following event.</w:t>
      </w:r>
    </w:p>
    <w:p w14:paraId="5682BC69" w14:textId="7BBBD6BF" w:rsidR="00D6694F" w:rsidRPr="008F5A88" w:rsidRDefault="00D6694F" w:rsidP="00D6694F">
      <w:pPr>
        <w:pStyle w:val="ListParagraph"/>
        <w:numPr>
          <w:ilvl w:val="0"/>
          <w:numId w:val="22"/>
        </w:numPr>
        <w:rPr>
          <w:sz w:val="20"/>
          <w:szCs w:val="20"/>
        </w:rPr>
      </w:pPr>
      <w:r w:rsidRPr="008F5A88">
        <w:rPr>
          <w:b/>
          <w:bCs/>
          <w:sz w:val="20"/>
          <w:szCs w:val="20"/>
        </w:rPr>
        <w:t>New player eligibility</w:t>
      </w:r>
      <w:r w:rsidRPr="008F5A88">
        <w:rPr>
          <w:sz w:val="20"/>
          <w:szCs w:val="20"/>
        </w:rPr>
        <w:t xml:space="preserve">: In the initial two (2) events, the player will not pay an entry fee and will not be eligible to </w:t>
      </w:r>
      <w:r w:rsidR="00B53C52">
        <w:rPr>
          <w:sz w:val="20"/>
          <w:szCs w:val="20"/>
        </w:rPr>
        <w:t>score</w:t>
      </w:r>
      <w:r w:rsidRPr="008F5A88">
        <w:rPr>
          <w:sz w:val="20"/>
          <w:szCs w:val="20"/>
        </w:rPr>
        <w:t xml:space="preserve"> in the event. The player will have the option to enter the Skins games and Closest-to-Pin for a fee of seven dollars ($7.00).</w:t>
      </w:r>
    </w:p>
    <w:p w14:paraId="202F759A" w14:textId="65A6C984" w:rsidR="00F11F49" w:rsidRPr="008F5A88" w:rsidRDefault="00D6694F" w:rsidP="00FD05F6">
      <w:pPr>
        <w:pStyle w:val="ListParagraph"/>
        <w:rPr>
          <w:b/>
          <w:bCs/>
          <w:sz w:val="20"/>
          <w:szCs w:val="20"/>
        </w:rPr>
      </w:pPr>
      <w:r w:rsidRPr="008F5A88">
        <w:rPr>
          <w:b/>
          <w:bCs/>
          <w:sz w:val="20"/>
          <w:szCs w:val="20"/>
        </w:rPr>
        <w:t>***</w:t>
      </w:r>
      <w:r w:rsidRPr="008F5A88">
        <w:rPr>
          <w:b/>
          <w:bCs/>
          <w:i/>
          <w:iCs/>
          <w:sz w:val="20"/>
          <w:szCs w:val="20"/>
        </w:rPr>
        <w:t>New Player</w:t>
      </w:r>
      <w:r w:rsidRPr="008F5A88">
        <w:rPr>
          <w:b/>
          <w:bCs/>
          <w:sz w:val="20"/>
          <w:szCs w:val="20"/>
        </w:rPr>
        <w:t xml:space="preserve"> – </w:t>
      </w:r>
      <w:r w:rsidRPr="008F5A88">
        <w:rPr>
          <w:sz w:val="20"/>
          <w:szCs w:val="20"/>
        </w:rPr>
        <w:t xml:space="preserve">A player with no previous events played in Buddy Boys Golf, or </w:t>
      </w:r>
      <w:r w:rsidR="00D76665">
        <w:rPr>
          <w:sz w:val="20"/>
          <w:szCs w:val="20"/>
        </w:rPr>
        <w:t>former player with</w:t>
      </w:r>
      <w:r w:rsidR="00087B85">
        <w:rPr>
          <w:sz w:val="20"/>
          <w:szCs w:val="20"/>
        </w:rPr>
        <w:t xml:space="preserve"> </w:t>
      </w:r>
      <w:r w:rsidRPr="008F5A88">
        <w:rPr>
          <w:sz w:val="20"/>
          <w:szCs w:val="20"/>
        </w:rPr>
        <w:t>no events played within the previous calendar year.</w:t>
      </w:r>
      <w:r w:rsidRPr="008F5A88">
        <w:rPr>
          <w:b/>
          <w:bCs/>
          <w:sz w:val="20"/>
          <w:szCs w:val="20"/>
        </w:rPr>
        <w:t xml:space="preserve"> ***</w:t>
      </w:r>
    </w:p>
    <w:p w14:paraId="37E58894" w14:textId="77777777" w:rsidR="00672189" w:rsidRPr="005A74CE" w:rsidRDefault="00672189" w:rsidP="00672189">
      <w:pPr>
        <w:rPr>
          <w:rFonts w:cstheme="minorHAnsi"/>
          <w:b/>
          <w:bCs/>
          <w:sz w:val="28"/>
          <w:szCs w:val="28"/>
        </w:rPr>
      </w:pPr>
      <w:r w:rsidRPr="005A74CE">
        <w:rPr>
          <w:rFonts w:cstheme="minorHAnsi"/>
          <w:b/>
          <w:bCs/>
          <w:sz w:val="28"/>
          <w:szCs w:val="28"/>
        </w:rPr>
        <w:t>Fees:</w:t>
      </w:r>
    </w:p>
    <w:p w14:paraId="7BB575D2" w14:textId="77777777" w:rsidR="00672189" w:rsidRDefault="00672189" w:rsidP="00672189">
      <w:pPr>
        <w:pStyle w:val="ListParagraph"/>
        <w:numPr>
          <w:ilvl w:val="0"/>
          <w:numId w:val="21"/>
        </w:numPr>
        <w:spacing w:after="160" w:line="259" w:lineRule="auto"/>
        <w:rPr>
          <w:rFonts w:cstheme="minorHAnsi"/>
          <w:sz w:val="20"/>
          <w:szCs w:val="20"/>
        </w:rPr>
      </w:pPr>
      <w:bookmarkStart w:id="0" w:name="_Hlk193867402"/>
      <w:r w:rsidRPr="00472B46">
        <w:rPr>
          <w:rFonts w:cstheme="minorHAnsi"/>
          <w:sz w:val="20"/>
          <w:szCs w:val="20"/>
        </w:rPr>
        <w:t>Greens fees are the responsibility of each golfer.</w:t>
      </w:r>
    </w:p>
    <w:bookmarkEnd w:id="0"/>
    <w:p w14:paraId="7B75F43E" w14:textId="77777777" w:rsidR="00672189" w:rsidRPr="00472B46" w:rsidRDefault="00672189" w:rsidP="00672189">
      <w:pPr>
        <w:pStyle w:val="ListParagraph"/>
        <w:numPr>
          <w:ilvl w:val="0"/>
          <w:numId w:val="21"/>
        </w:numPr>
        <w:spacing w:after="160" w:line="259" w:lineRule="auto"/>
        <w:rPr>
          <w:rFonts w:cstheme="minorHAnsi"/>
          <w:sz w:val="20"/>
          <w:szCs w:val="20"/>
        </w:rPr>
      </w:pPr>
      <w:r w:rsidRPr="00472B46">
        <w:rPr>
          <w:rFonts w:cstheme="minorHAnsi"/>
          <w:sz w:val="20"/>
          <w:szCs w:val="20"/>
        </w:rPr>
        <w:t>Entry fee for the game will be a sum of $1</w:t>
      </w:r>
      <w:r>
        <w:rPr>
          <w:rFonts w:cstheme="minorHAnsi"/>
          <w:sz w:val="20"/>
          <w:szCs w:val="20"/>
        </w:rPr>
        <w:t>5</w:t>
      </w:r>
      <w:r w:rsidRPr="00472B46">
        <w:rPr>
          <w:rFonts w:cstheme="minorHAnsi"/>
          <w:sz w:val="20"/>
          <w:szCs w:val="20"/>
        </w:rPr>
        <w:t>.00</w:t>
      </w:r>
      <w:r>
        <w:rPr>
          <w:rFonts w:cstheme="minorHAnsi"/>
          <w:sz w:val="20"/>
          <w:szCs w:val="20"/>
        </w:rPr>
        <w:t>,</w:t>
      </w:r>
      <w:r w:rsidRPr="00472B46">
        <w:rPr>
          <w:rFonts w:cstheme="minorHAnsi"/>
          <w:sz w:val="20"/>
          <w:szCs w:val="20"/>
        </w:rPr>
        <w:t xml:space="preserve"> $</w:t>
      </w:r>
      <w:r>
        <w:rPr>
          <w:rFonts w:cstheme="minorHAnsi"/>
          <w:sz w:val="20"/>
          <w:szCs w:val="20"/>
        </w:rPr>
        <w:t>10</w:t>
      </w:r>
      <w:r w:rsidRPr="00472B46">
        <w:rPr>
          <w:rFonts w:cstheme="minorHAnsi"/>
          <w:sz w:val="20"/>
          <w:szCs w:val="20"/>
        </w:rPr>
        <w:t>.00 game</w:t>
      </w:r>
      <w:r>
        <w:rPr>
          <w:rFonts w:cstheme="minorHAnsi"/>
          <w:sz w:val="20"/>
          <w:szCs w:val="20"/>
        </w:rPr>
        <w:t>,</w:t>
      </w:r>
      <w:r w:rsidRPr="00472B46">
        <w:rPr>
          <w:rFonts w:cstheme="minorHAnsi"/>
          <w:sz w:val="20"/>
          <w:szCs w:val="20"/>
        </w:rPr>
        <w:t xml:space="preserve"> $</w:t>
      </w:r>
      <w:r>
        <w:rPr>
          <w:rFonts w:cstheme="minorHAnsi"/>
          <w:sz w:val="20"/>
          <w:szCs w:val="20"/>
        </w:rPr>
        <w:t>5.00 going to side skins games</w:t>
      </w:r>
      <w:r w:rsidRPr="00472B46">
        <w:rPr>
          <w:rFonts w:cstheme="minorHAnsi"/>
          <w:sz w:val="20"/>
          <w:szCs w:val="20"/>
        </w:rPr>
        <w:t>.</w:t>
      </w:r>
    </w:p>
    <w:p w14:paraId="7727F192" w14:textId="77777777" w:rsidR="00672189" w:rsidRDefault="00672189" w:rsidP="00672189">
      <w:pPr>
        <w:rPr>
          <w:rFonts w:cstheme="minorHAnsi"/>
          <w:b/>
          <w:bCs/>
          <w:sz w:val="28"/>
          <w:szCs w:val="28"/>
        </w:rPr>
      </w:pPr>
      <w:r w:rsidRPr="005A74CE">
        <w:rPr>
          <w:rFonts w:cstheme="minorHAnsi"/>
          <w:b/>
          <w:bCs/>
          <w:sz w:val="28"/>
          <w:szCs w:val="28"/>
        </w:rPr>
        <w:t>Payouts:</w:t>
      </w:r>
    </w:p>
    <w:p w14:paraId="17259256" w14:textId="16940257" w:rsidR="009762EC" w:rsidRDefault="007201DA" w:rsidP="007201DA">
      <w:pPr>
        <w:pStyle w:val="ListParagraph"/>
        <w:numPr>
          <w:ilvl w:val="0"/>
          <w:numId w:val="20"/>
        </w:numPr>
        <w:spacing w:after="160" w:line="259" w:lineRule="auto"/>
        <w:rPr>
          <w:rFonts w:cstheme="minorHAnsi"/>
          <w:sz w:val="20"/>
          <w:szCs w:val="20"/>
        </w:rPr>
      </w:pPr>
      <w:bookmarkStart w:id="1" w:name="_Hlk203200605"/>
      <w:r>
        <w:rPr>
          <w:rFonts w:cstheme="minorHAnsi"/>
          <w:sz w:val="20"/>
          <w:szCs w:val="20"/>
        </w:rPr>
        <w:t>Game payout:</w:t>
      </w:r>
      <w:r w:rsidRPr="00C375A1">
        <w:rPr>
          <w:rFonts w:cstheme="minorHAnsi"/>
          <w:sz w:val="20"/>
          <w:szCs w:val="20"/>
        </w:rPr>
        <w:t xml:space="preserve"> First place equals </w:t>
      </w:r>
      <w:r>
        <w:rPr>
          <w:rFonts w:cstheme="minorHAnsi"/>
          <w:sz w:val="20"/>
          <w:szCs w:val="20"/>
        </w:rPr>
        <w:t>4</w:t>
      </w:r>
      <w:r w:rsidRPr="00C375A1">
        <w:rPr>
          <w:rFonts w:cstheme="minorHAnsi"/>
          <w:sz w:val="20"/>
          <w:szCs w:val="20"/>
        </w:rPr>
        <w:t xml:space="preserve">0% of total game pool, second place equals </w:t>
      </w:r>
      <w:r>
        <w:rPr>
          <w:rFonts w:cstheme="minorHAnsi"/>
          <w:sz w:val="20"/>
          <w:szCs w:val="20"/>
        </w:rPr>
        <w:t>25</w:t>
      </w:r>
      <w:r w:rsidRPr="00C375A1">
        <w:rPr>
          <w:rFonts w:cstheme="minorHAnsi"/>
          <w:sz w:val="20"/>
          <w:szCs w:val="20"/>
        </w:rPr>
        <w:t>% of total game pool, third place equals 20% of total game pool</w:t>
      </w:r>
      <w:r>
        <w:rPr>
          <w:rFonts w:cstheme="minorHAnsi"/>
          <w:sz w:val="20"/>
          <w:szCs w:val="20"/>
        </w:rPr>
        <w:t xml:space="preserve">, and forth place </w:t>
      </w:r>
      <w:r w:rsidR="0010596F">
        <w:rPr>
          <w:rFonts w:cstheme="minorHAnsi"/>
          <w:sz w:val="20"/>
          <w:szCs w:val="20"/>
        </w:rPr>
        <w:t>equals</w:t>
      </w:r>
      <w:r w:rsidR="005A1B1D">
        <w:rPr>
          <w:rFonts w:cstheme="minorHAnsi"/>
          <w:sz w:val="20"/>
          <w:szCs w:val="20"/>
        </w:rPr>
        <w:t xml:space="preserve"> </w:t>
      </w:r>
      <w:r>
        <w:rPr>
          <w:rFonts w:cstheme="minorHAnsi"/>
          <w:sz w:val="20"/>
          <w:szCs w:val="20"/>
        </w:rPr>
        <w:t>15% of total game pool</w:t>
      </w:r>
      <w:r w:rsidRPr="00C375A1">
        <w:rPr>
          <w:rFonts w:cstheme="minorHAnsi"/>
          <w:sz w:val="20"/>
          <w:szCs w:val="20"/>
        </w:rPr>
        <w:t xml:space="preserve">. Ties </w:t>
      </w:r>
      <w:r w:rsidR="005A1B1D">
        <w:rPr>
          <w:rFonts w:cstheme="minorHAnsi"/>
          <w:sz w:val="20"/>
          <w:szCs w:val="20"/>
        </w:rPr>
        <w:t>equal</w:t>
      </w:r>
      <w:r w:rsidRPr="00C375A1">
        <w:rPr>
          <w:rFonts w:cstheme="minorHAnsi"/>
          <w:sz w:val="20"/>
          <w:szCs w:val="20"/>
        </w:rPr>
        <w:t xml:space="preserve"> combined payout for tied positions. Some monies may be moved for rounding purposes.</w:t>
      </w:r>
      <w:bookmarkEnd w:id="1"/>
    </w:p>
    <w:p w14:paraId="526B6267" w14:textId="4DD7F3B1" w:rsidR="00672189" w:rsidRPr="007201DA" w:rsidRDefault="00672189" w:rsidP="007201DA">
      <w:pPr>
        <w:pStyle w:val="ListParagraph"/>
        <w:numPr>
          <w:ilvl w:val="0"/>
          <w:numId w:val="20"/>
        </w:numPr>
        <w:spacing w:after="160" w:line="259" w:lineRule="auto"/>
        <w:rPr>
          <w:rFonts w:cstheme="minorHAnsi"/>
          <w:sz w:val="20"/>
          <w:szCs w:val="20"/>
        </w:rPr>
      </w:pPr>
      <w:r w:rsidRPr="007201DA">
        <w:rPr>
          <w:rFonts w:cstheme="minorHAnsi"/>
          <w:sz w:val="20"/>
          <w:szCs w:val="20"/>
        </w:rPr>
        <w:t xml:space="preserve">Skins payout: Equals total pool divided by total number of gross skins. Only gross skins count toward skins pool pay-out. If there are no skins </w:t>
      </w:r>
      <w:r w:rsidR="00941A95" w:rsidRPr="007201DA">
        <w:rPr>
          <w:rFonts w:cstheme="minorHAnsi"/>
          <w:sz w:val="20"/>
          <w:szCs w:val="20"/>
        </w:rPr>
        <w:t xml:space="preserve">for an event </w:t>
      </w:r>
      <w:r w:rsidRPr="007201DA">
        <w:rPr>
          <w:rFonts w:cstheme="minorHAnsi"/>
          <w:sz w:val="20"/>
          <w:szCs w:val="20"/>
        </w:rPr>
        <w:t>money will carry over to following event.</w:t>
      </w:r>
      <w:r w:rsidR="0074579F" w:rsidRPr="007201DA">
        <w:rPr>
          <w:rFonts w:cstheme="minorHAnsi"/>
          <w:sz w:val="20"/>
          <w:szCs w:val="20"/>
        </w:rPr>
        <w:t xml:space="preserve"> Some monies may be moved for rounding purposes.</w:t>
      </w:r>
      <w:r w:rsidR="00463615">
        <w:rPr>
          <w:rFonts w:cstheme="minorHAnsi"/>
          <w:sz w:val="20"/>
          <w:szCs w:val="20"/>
        </w:rPr>
        <w:t xml:space="preserve"> </w:t>
      </w:r>
      <w:r w:rsidR="0091483E">
        <w:rPr>
          <w:rFonts w:cstheme="minorHAnsi"/>
          <w:sz w:val="20"/>
          <w:szCs w:val="20"/>
        </w:rPr>
        <w:t>Par or better to win.</w:t>
      </w:r>
    </w:p>
    <w:p w14:paraId="7CAAE6B3" w14:textId="3396573C" w:rsidR="00672189" w:rsidRPr="000F70FB" w:rsidRDefault="00672189" w:rsidP="00672189">
      <w:pPr>
        <w:pStyle w:val="ListParagraph"/>
        <w:numPr>
          <w:ilvl w:val="0"/>
          <w:numId w:val="20"/>
        </w:numPr>
        <w:spacing w:after="160" w:line="259" w:lineRule="auto"/>
        <w:rPr>
          <w:rFonts w:cstheme="minorHAnsi"/>
          <w:sz w:val="20"/>
          <w:szCs w:val="20"/>
        </w:rPr>
      </w:pPr>
      <w:r w:rsidRPr="000F70FB">
        <w:rPr>
          <w:rFonts w:cstheme="minorHAnsi"/>
          <w:sz w:val="20"/>
          <w:szCs w:val="20"/>
        </w:rPr>
        <w:t>Closest to pin payout: Equals maximum of $5.00 per par 3. Measures from the pin to front of ball. CTP money will be taken off the top of game entry.</w:t>
      </w:r>
      <w:r w:rsidR="0091483E">
        <w:rPr>
          <w:rFonts w:cstheme="minorHAnsi"/>
          <w:sz w:val="20"/>
          <w:szCs w:val="20"/>
        </w:rPr>
        <w:t xml:space="preserve"> Par or better to win.</w:t>
      </w:r>
    </w:p>
    <w:p w14:paraId="61DA619F" w14:textId="77777777" w:rsidR="008B2745" w:rsidRDefault="008B2745" w:rsidP="00672189">
      <w:pPr>
        <w:rPr>
          <w:rFonts w:cstheme="minorHAnsi"/>
          <w:b/>
          <w:bCs/>
          <w:sz w:val="28"/>
          <w:szCs w:val="28"/>
        </w:rPr>
      </w:pPr>
    </w:p>
    <w:p w14:paraId="5A231A7B" w14:textId="77777777" w:rsidR="008B2745" w:rsidRDefault="008B2745" w:rsidP="00672189">
      <w:pPr>
        <w:rPr>
          <w:rFonts w:cstheme="minorHAnsi"/>
          <w:b/>
          <w:bCs/>
          <w:sz w:val="28"/>
          <w:szCs w:val="28"/>
        </w:rPr>
      </w:pPr>
    </w:p>
    <w:p w14:paraId="0AADBCAB" w14:textId="1A8072F4" w:rsidR="00672189" w:rsidRPr="005A74CE" w:rsidRDefault="00672189" w:rsidP="00672189">
      <w:pPr>
        <w:rPr>
          <w:rFonts w:cstheme="minorHAnsi"/>
          <w:b/>
          <w:bCs/>
          <w:sz w:val="28"/>
          <w:szCs w:val="28"/>
        </w:rPr>
      </w:pPr>
      <w:r w:rsidRPr="005A74CE">
        <w:rPr>
          <w:rFonts w:cstheme="minorHAnsi"/>
          <w:b/>
          <w:bCs/>
          <w:sz w:val="28"/>
          <w:szCs w:val="28"/>
        </w:rPr>
        <w:t>Games:</w:t>
      </w:r>
    </w:p>
    <w:p w14:paraId="462BA537" w14:textId="77777777" w:rsidR="00672189" w:rsidRPr="001A68CB" w:rsidRDefault="00672189" w:rsidP="00672189">
      <w:pPr>
        <w:rPr>
          <w:rFonts w:cstheme="minorHAnsi"/>
          <w:b/>
          <w:bCs/>
          <w:sz w:val="20"/>
          <w:szCs w:val="20"/>
        </w:rPr>
      </w:pPr>
      <w:r>
        <w:rPr>
          <w:rFonts w:cstheme="minorHAnsi"/>
          <w:sz w:val="20"/>
          <w:szCs w:val="20"/>
        </w:rPr>
        <w:t xml:space="preserve"> </w:t>
      </w:r>
      <w:r w:rsidRPr="001A68CB">
        <w:rPr>
          <w:rFonts w:cstheme="minorHAnsi"/>
          <w:b/>
          <w:bCs/>
          <w:sz w:val="20"/>
          <w:szCs w:val="20"/>
        </w:rPr>
        <w:t>Stableford (net scoring)</w:t>
      </w:r>
    </w:p>
    <w:p w14:paraId="136E188F" w14:textId="77777777" w:rsidR="00672189" w:rsidRDefault="00672189" w:rsidP="00672189">
      <w:pPr>
        <w:pStyle w:val="ListParagraph"/>
        <w:numPr>
          <w:ilvl w:val="0"/>
          <w:numId w:val="24"/>
        </w:numPr>
        <w:spacing w:after="160" w:line="259" w:lineRule="auto"/>
        <w:rPr>
          <w:rFonts w:cstheme="minorHAnsi"/>
          <w:sz w:val="20"/>
          <w:szCs w:val="20"/>
        </w:rPr>
      </w:pPr>
      <w:r>
        <w:rPr>
          <w:rFonts w:cstheme="minorHAnsi"/>
          <w:sz w:val="20"/>
          <w:szCs w:val="20"/>
        </w:rPr>
        <w:t>Albatross = 5 points</w:t>
      </w:r>
    </w:p>
    <w:p w14:paraId="01B0D6CE" w14:textId="77777777" w:rsidR="00672189" w:rsidRDefault="00672189" w:rsidP="00672189">
      <w:pPr>
        <w:pStyle w:val="ListParagraph"/>
        <w:numPr>
          <w:ilvl w:val="0"/>
          <w:numId w:val="24"/>
        </w:numPr>
        <w:spacing w:after="160" w:line="259" w:lineRule="auto"/>
        <w:rPr>
          <w:rFonts w:cstheme="minorHAnsi"/>
          <w:sz w:val="20"/>
          <w:szCs w:val="20"/>
        </w:rPr>
      </w:pPr>
      <w:r>
        <w:rPr>
          <w:rFonts w:cstheme="minorHAnsi"/>
          <w:sz w:val="20"/>
          <w:szCs w:val="20"/>
        </w:rPr>
        <w:t>Eagle = 4 points</w:t>
      </w:r>
    </w:p>
    <w:p w14:paraId="782D60CB" w14:textId="77777777" w:rsidR="00672189" w:rsidRDefault="00672189" w:rsidP="00672189">
      <w:pPr>
        <w:pStyle w:val="ListParagraph"/>
        <w:numPr>
          <w:ilvl w:val="0"/>
          <w:numId w:val="24"/>
        </w:numPr>
        <w:spacing w:after="160" w:line="259" w:lineRule="auto"/>
        <w:rPr>
          <w:rFonts w:cstheme="minorHAnsi"/>
          <w:sz w:val="20"/>
          <w:szCs w:val="20"/>
        </w:rPr>
      </w:pPr>
      <w:r>
        <w:rPr>
          <w:rFonts w:cstheme="minorHAnsi"/>
          <w:sz w:val="20"/>
          <w:szCs w:val="20"/>
        </w:rPr>
        <w:t>Birdie = 3 points</w:t>
      </w:r>
    </w:p>
    <w:p w14:paraId="7FE74248" w14:textId="77777777" w:rsidR="00672189" w:rsidRDefault="00672189" w:rsidP="00672189">
      <w:pPr>
        <w:pStyle w:val="ListParagraph"/>
        <w:numPr>
          <w:ilvl w:val="0"/>
          <w:numId w:val="24"/>
        </w:numPr>
        <w:spacing w:after="160" w:line="259" w:lineRule="auto"/>
        <w:rPr>
          <w:rFonts w:cstheme="minorHAnsi"/>
          <w:sz w:val="20"/>
          <w:szCs w:val="20"/>
        </w:rPr>
      </w:pPr>
      <w:r>
        <w:rPr>
          <w:rFonts w:cstheme="minorHAnsi"/>
          <w:sz w:val="20"/>
          <w:szCs w:val="20"/>
        </w:rPr>
        <w:t>Par = 2 points</w:t>
      </w:r>
    </w:p>
    <w:p w14:paraId="65E6C2B5" w14:textId="77777777" w:rsidR="00672189" w:rsidRDefault="00672189" w:rsidP="00672189">
      <w:pPr>
        <w:pStyle w:val="ListParagraph"/>
        <w:numPr>
          <w:ilvl w:val="0"/>
          <w:numId w:val="24"/>
        </w:numPr>
        <w:spacing w:after="160" w:line="259" w:lineRule="auto"/>
        <w:rPr>
          <w:rFonts w:cstheme="minorHAnsi"/>
          <w:sz w:val="20"/>
          <w:szCs w:val="20"/>
        </w:rPr>
      </w:pPr>
      <w:r>
        <w:rPr>
          <w:rFonts w:cstheme="minorHAnsi"/>
          <w:sz w:val="20"/>
          <w:szCs w:val="20"/>
        </w:rPr>
        <w:t>Bogey = 1 point</w:t>
      </w:r>
    </w:p>
    <w:p w14:paraId="60C89203" w14:textId="77777777" w:rsidR="00672189" w:rsidRDefault="00672189" w:rsidP="00672189">
      <w:pPr>
        <w:pStyle w:val="ListParagraph"/>
        <w:numPr>
          <w:ilvl w:val="0"/>
          <w:numId w:val="24"/>
        </w:numPr>
        <w:spacing w:after="160" w:line="259" w:lineRule="auto"/>
        <w:rPr>
          <w:rFonts w:cstheme="minorHAnsi"/>
          <w:sz w:val="20"/>
          <w:szCs w:val="20"/>
        </w:rPr>
      </w:pPr>
      <w:r>
        <w:rPr>
          <w:rFonts w:cstheme="minorHAnsi"/>
          <w:sz w:val="20"/>
          <w:szCs w:val="20"/>
        </w:rPr>
        <w:t>Double bogey = 0 points.</w:t>
      </w:r>
    </w:p>
    <w:p w14:paraId="09966B63" w14:textId="77777777" w:rsidR="00672189" w:rsidRDefault="00672189" w:rsidP="00672189">
      <w:pPr>
        <w:pStyle w:val="ListParagraph"/>
        <w:numPr>
          <w:ilvl w:val="0"/>
          <w:numId w:val="24"/>
        </w:numPr>
        <w:spacing w:after="160" w:line="259" w:lineRule="auto"/>
        <w:rPr>
          <w:rFonts w:cstheme="minorHAnsi"/>
          <w:sz w:val="20"/>
          <w:szCs w:val="20"/>
        </w:rPr>
      </w:pPr>
      <w:r>
        <w:rPr>
          <w:rFonts w:cstheme="minorHAnsi"/>
          <w:sz w:val="20"/>
          <w:szCs w:val="20"/>
        </w:rPr>
        <w:t>Triple bogey  = -1 point</w:t>
      </w:r>
    </w:p>
    <w:p w14:paraId="6AA276D3" w14:textId="6729794B" w:rsidR="00672189" w:rsidRPr="009762EC" w:rsidRDefault="00672189" w:rsidP="00E44D94">
      <w:pPr>
        <w:pStyle w:val="ListParagraph"/>
        <w:spacing w:after="160" w:line="259" w:lineRule="auto"/>
        <w:rPr>
          <w:rFonts w:cstheme="minorHAnsi"/>
          <w:color w:val="EE0000"/>
          <w:sz w:val="20"/>
          <w:szCs w:val="20"/>
        </w:rPr>
      </w:pPr>
    </w:p>
    <w:p w14:paraId="75B56FE4" w14:textId="77777777" w:rsidR="00672189" w:rsidRPr="001A68CB" w:rsidRDefault="00672189" w:rsidP="00672189">
      <w:pPr>
        <w:rPr>
          <w:rFonts w:cstheme="minorHAnsi"/>
          <w:sz w:val="20"/>
          <w:szCs w:val="20"/>
        </w:rPr>
      </w:pPr>
      <w:r w:rsidRPr="001A68CB">
        <w:rPr>
          <w:rFonts w:cstheme="minorHAnsi"/>
          <w:b/>
          <w:bCs/>
          <w:sz w:val="20"/>
          <w:szCs w:val="20"/>
        </w:rPr>
        <w:t>Stoke play (net scoring):</w:t>
      </w:r>
      <w:r>
        <w:rPr>
          <w:rFonts w:cstheme="minorHAnsi"/>
          <w:sz w:val="20"/>
          <w:szCs w:val="20"/>
        </w:rPr>
        <w:t xml:space="preserve"> </w:t>
      </w:r>
      <w:r w:rsidRPr="001A68CB">
        <w:rPr>
          <w:rFonts w:cstheme="minorHAnsi"/>
          <w:sz w:val="20"/>
          <w:szCs w:val="20"/>
        </w:rPr>
        <w:t xml:space="preserve">The last Friday of each month will be a “net” game. </w:t>
      </w:r>
    </w:p>
    <w:p w14:paraId="4C92659A" w14:textId="77777777" w:rsidR="00672189" w:rsidRDefault="00672189" w:rsidP="00672189">
      <w:pPr>
        <w:jc w:val="center"/>
        <w:rPr>
          <w:b/>
          <w:bCs/>
          <w:sz w:val="28"/>
          <w:szCs w:val="28"/>
        </w:rPr>
      </w:pPr>
    </w:p>
    <w:p w14:paraId="2750B4D1" w14:textId="77777777" w:rsidR="00672189" w:rsidRDefault="00672189" w:rsidP="00672189">
      <w:pPr>
        <w:jc w:val="center"/>
        <w:rPr>
          <w:b/>
          <w:bCs/>
          <w:sz w:val="28"/>
          <w:szCs w:val="28"/>
        </w:rPr>
      </w:pPr>
    </w:p>
    <w:p w14:paraId="5E3570AB" w14:textId="77777777" w:rsidR="00672189" w:rsidRDefault="00672189" w:rsidP="00672189">
      <w:pPr>
        <w:jc w:val="center"/>
        <w:rPr>
          <w:b/>
          <w:bCs/>
          <w:sz w:val="28"/>
          <w:szCs w:val="28"/>
        </w:rPr>
      </w:pPr>
    </w:p>
    <w:p w14:paraId="4330398C" w14:textId="77777777" w:rsidR="00672189" w:rsidRDefault="00672189" w:rsidP="00672189">
      <w:pPr>
        <w:jc w:val="center"/>
        <w:rPr>
          <w:b/>
          <w:bCs/>
          <w:sz w:val="28"/>
          <w:szCs w:val="28"/>
        </w:rPr>
      </w:pPr>
      <w:r w:rsidRPr="004D2F7D">
        <w:rPr>
          <w:b/>
          <w:bCs/>
          <w:sz w:val="28"/>
          <w:szCs w:val="28"/>
        </w:rPr>
        <w:t>Rules of Play:</w:t>
      </w:r>
    </w:p>
    <w:p w14:paraId="2C1C7924" w14:textId="77777777" w:rsidR="00672189" w:rsidRPr="009912AF" w:rsidRDefault="00672189" w:rsidP="00672189">
      <w:pPr>
        <w:jc w:val="center"/>
        <w:rPr>
          <w:b/>
          <w:bCs/>
          <w:sz w:val="28"/>
          <w:szCs w:val="28"/>
        </w:rPr>
      </w:pPr>
      <w:r w:rsidRPr="009912AF">
        <w:rPr>
          <w:b/>
          <w:bCs/>
          <w:sz w:val="28"/>
          <w:szCs w:val="28"/>
        </w:rPr>
        <w:t>*** It is the responsibility of each player to protect the field. ***</w:t>
      </w:r>
    </w:p>
    <w:p w14:paraId="5B602647" w14:textId="77777777" w:rsidR="00672189" w:rsidRDefault="00672189" w:rsidP="00672189">
      <w:pPr>
        <w:rPr>
          <w:rFonts w:cstheme="minorHAnsi"/>
          <w:sz w:val="20"/>
          <w:szCs w:val="20"/>
        </w:rPr>
      </w:pPr>
      <w:r>
        <w:rPr>
          <w:rFonts w:cstheme="minorHAnsi"/>
          <w:sz w:val="20"/>
          <w:szCs w:val="20"/>
        </w:rPr>
        <w:t>USGA rules apply to all situations unless stated otherwise.</w:t>
      </w:r>
    </w:p>
    <w:p w14:paraId="12A96795" w14:textId="77777777" w:rsidR="00672189" w:rsidRPr="009A09BB" w:rsidRDefault="00672189" w:rsidP="00672189">
      <w:pPr>
        <w:rPr>
          <w:b/>
          <w:bCs/>
          <w:sz w:val="20"/>
          <w:szCs w:val="20"/>
        </w:rPr>
      </w:pPr>
      <w:r w:rsidRPr="00B32912">
        <w:rPr>
          <w:rFonts w:cstheme="minorHAnsi"/>
          <w:b/>
          <w:bCs/>
          <w:sz w:val="20"/>
          <w:szCs w:val="20"/>
        </w:rPr>
        <w:t>ELIGIBILITY:</w:t>
      </w:r>
      <w:r w:rsidRPr="009A09BB">
        <w:rPr>
          <w:rFonts w:cstheme="minorHAnsi"/>
          <w:sz w:val="20"/>
          <w:szCs w:val="20"/>
        </w:rPr>
        <w:t xml:space="preserve"> </w:t>
      </w:r>
      <w:r>
        <w:rPr>
          <w:rFonts w:cstheme="minorHAnsi"/>
          <w:sz w:val="20"/>
          <w:szCs w:val="20"/>
        </w:rPr>
        <w:t>Game</w:t>
      </w:r>
      <w:r w:rsidRPr="009A09BB">
        <w:rPr>
          <w:rFonts w:cstheme="minorHAnsi"/>
          <w:sz w:val="20"/>
          <w:szCs w:val="20"/>
        </w:rPr>
        <w:t xml:space="preserve"> is open to any amateur who has an active </w:t>
      </w:r>
      <w:r>
        <w:rPr>
          <w:rFonts w:cstheme="minorHAnsi"/>
          <w:sz w:val="20"/>
          <w:szCs w:val="20"/>
        </w:rPr>
        <w:t xml:space="preserve">USGA </w:t>
      </w:r>
      <w:r w:rsidRPr="009A09BB">
        <w:rPr>
          <w:rFonts w:cstheme="minorHAnsi"/>
          <w:sz w:val="20"/>
          <w:szCs w:val="20"/>
        </w:rPr>
        <w:t>GHIN®</w:t>
      </w:r>
      <w:r>
        <w:rPr>
          <w:rFonts w:cstheme="minorHAnsi"/>
          <w:sz w:val="20"/>
          <w:szCs w:val="20"/>
        </w:rPr>
        <w:t>. A player without a GHIN will play to a zero index until GHIN is established.</w:t>
      </w:r>
    </w:p>
    <w:p w14:paraId="07F7874A" w14:textId="77777777" w:rsidR="00672189" w:rsidRPr="00D86FE3" w:rsidRDefault="00672189" w:rsidP="00672189">
      <w:pPr>
        <w:rPr>
          <w:rFonts w:cstheme="minorHAnsi"/>
          <w:sz w:val="20"/>
          <w:szCs w:val="20"/>
        </w:rPr>
      </w:pPr>
      <w:r w:rsidRPr="00B32912">
        <w:rPr>
          <w:rFonts w:cstheme="minorHAnsi"/>
          <w:b/>
          <w:bCs/>
          <w:sz w:val="20"/>
          <w:szCs w:val="20"/>
        </w:rPr>
        <w:t>TEES TO PLAY:</w:t>
      </w:r>
      <w:r w:rsidRPr="009A09BB">
        <w:rPr>
          <w:rFonts w:cstheme="minorHAnsi"/>
          <w:sz w:val="20"/>
          <w:szCs w:val="20"/>
        </w:rPr>
        <w:t xml:space="preserve"> </w:t>
      </w:r>
      <w:r w:rsidRPr="00E44D94">
        <w:rPr>
          <w:rFonts w:cstheme="minorHAnsi"/>
          <w:sz w:val="20"/>
          <w:szCs w:val="20"/>
        </w:rPr>
        <w:t>Two tees will be designated for play, determined by game official. Each player will have the choice of playing forward or back tees at each event. Choice must be made before starting the round and must be played the entire round</w:t>
      </w:r>
      <w:r w:rsidRPr="00005506">
        <w:rPr>
          <w:rFonts w:cstheme="minorHAnsi"/>
          <w:color w:val="EE0000"/>
          <w:sz w:val="20"/>
          <w:szCs w:val="20"/>
        </w:rPr>
        <w:t>.</w:t>
      </w:r>
    </w:p>
    <w:p w14:paraId="3E0DD249" w14:textId="77777777" w:rsidR="00672189" w:rsidRDefault="00672189" w:rsidP="00672189">
      <w:pPr>
        <w:rPr>
          <w:rFonts w:cstheme="minorHAnsi"/>
          <w:sz w:val="20"/>
          <w:szCs w:val="20"/>
        </w:rPr>
      </w:pPr>
      <w:r w:rsidRPr="00B32912">
        <w:rPr>
          <w:rFonts w:cstheme="minorHAnsi"/>
          <w:b/>
          <w:bCs/>
          <w:sz w:val="20"/>
          <w:szCs w:val="20"/>
        </w:rPr>
        <w:t>FIRST TEE:</w:t>
      </w:r>
      <w:r>
        <w:rPr>
          <w:rFonts w:cstheme="minorHAnsi"/>
          <w:sz w:val="20"/>
          <w:szCs w:val="20"/>
        </w:rPr>
        <w:t xml:space="preserve"> A “breakfast” ball will be allowed only on the first hole of the round. However, if a player chooses to play a “breakfast” ball, it becomes the official ball in play.</w:t>
      </w:r>
    </w:p>
    <w:p w14:paraId="7E98477D" w14:textId="4147BD6F" w:rsidR="005C4206" w:rsidRDefault="00672189" w:rsidP="00672189">
      <w:pPr>
        <w:rPr>
          <w:rFonts w:cstheme="minorHAnsi"/>
          <w:sz w:val="20"/>
          <w:szCs w:val="20"/>
        </w:rPr>
      </w:pPr>
      <w:r w:rsidRPr="00B32912">
        <w:rPr>
          <w:rFonts w:cstheme="minorHAnsi"/>
          <w:b/>
          <w:bCs/>
          <w:sz w:val="20"/>
          <w:szCs w:val="20"/>
        </w:rPr>
        <w:lastRenderedPageBreak/>
        <w:t>MAXIMUM SCORE:</w:t>
      </w:r>
      <w:r>
        <w:rPr>
          <w:rFonts w:cstheme="minorHAnsi"/>
          <w:sz w:val="20"/>
          <w:szCs w:val="20"/>
        </w:rPr>
        <w:t xml:space="preserve"> </w:t>
      </w:r>
      <w:r w:rsidRPr="00E44D94">
        <w:rPr>
          <w:rFonts w:cstheme="minorHAnsi"/>
          <w:sz w:val="20"/>
          <w:szCs w:val="20"/>
        </w:rPr>
        <w:t xml:space="preserve">A maximum score of </w:t>
      </w:r>
      <w:r w:rsidR="00E44D94" w:rsidRPr="00E44D94">
        <w:rPr>
          <w:rFonts w:cstheme="minorHAnsi"/>
          <w:sz w:val="20"/>
          <w:szCs w:val="20"/>
        </w:rPr>
        <w:t>triple bogey</w:t>
      </w:r>
      <w:r w:rsidRPr="00E44D94">
        <w:rPr>
          <w:rFonts w:cstheme="minorHAnsi"/>
          <w:sz w:val="20"/>
          <w:szCs w:val="20"/>
        </w:rPr>
        <w:t xml:space="preserve"> on all holes.</w:t>
      </w:r>
      <w:r w:rsidR="001766B5">
        <w:rPr>
          <w:rFonts w:cstheme="minorHAnsi"/>
          <w:sz w:val="20"/>
          <w:szCs w:val="20"/>
        </w:rPr>
        <w:t xml:space="preserve"> </w:t>
      </w:r>
      <w:r w:rsidR="009B6C79">
        <w:rPr>
          <w:rFonts w:cstheme="minorHAnsi"/>
          <w:sz w:val="20"/>
          <w:szCs w:val="20"/>
        </w:rPr>
        <w:t>Par threes = 6, par fours = 7, par fives = 8</w:t>
      </w:r>
      <w:r w:rsidR="00434545">
        <w:rPr>
          <w:rFonts w:cstheme="minorHAnsi"/>
          <w:sz w:val="20"/>
          <w:szCs w:val="20"/>
        </w:rPr>
        <w:t>.</w:t>
      </w:r>
      <w:r w:rsidR="005C4206">
        <w:rPr>
          <w:rFonts w:cstheme="minorHAnsi"/>
          <w:sz w:val="20"/>
          <w:szCs w:val="20"/>
        </w:rPr>
        <w:t xml:space="preserve"> </w:t>
      </w:r>
      <w:r w:rsidR="00086527">
        <w:rPr>
          <w:rFonts w:cstheme="minorHAnsi"/>
          <w:sz w:val="20"/>
          <w:szCs w:val="20"/>
        </w:rPr>
        <w:t xml:space="preserve">                                                                                                                                                                             </w:t>
      </w:r>
      <w:r w:rsidR="005C4206" w:rsidRPr="00086527">
        <w:rPr>
          <w:rFonts w:cstheme="minorHAnsi"/>
          <w:b/>
          <w:bCs/>
          <w:sz w:val="20"/>
          <w:szCs w:val="20"/>
        </w:rPr>
        <w:t>*** Amended May 22, 2026</w:t>
      </w:r>
      <w:r w:rsidR="00C6263B" w:rsidRPr="00086527">
        <w:rPr>
          <w:rFonts w:cstheme="minorHAnsi"/>
          <w:b/>
          <w:bCs/>
          <w:sz w:val="20"/>
          <w:szCs w:val="20"/>
        </w:rPr>
        <w:t xml:space="preserve">***: Maximum score on all holes </w:t>
      </w:r>
      <w:r w:rsidR="00086527" w:rsidRPr="00086527">
        <w:rPr>
          <w:rFonts w:cstheme="minorHAnsi"/>
          <w:b/>
          <w:bCs/>
          <w:sz w:val="20"/>
          <w:szCs w:val="20"/>
        </w:rPr>
        <w:t>is 9.</w:t>
      </w:r>
    </w:p>
    <w:p w14:paraId="11189108" w14:textId="77777777" w:rsidR="00C340C3" w:rsidRDefault="00C340C3" w:rsidP="00672189">
      <w:pPr>
        <w:rPr>
          <w:rFonts w:cstheme="minorHAnsi"/>
          <w:b/>
          <w:bCs/>
          <w:sz w:val="20"/>
          <w:szCs w:val="20"/>
        </w:rPr>
      </w:pPr>
    </w:p>
    <w:p w14:paraId="17930898" w14:textId="35301814" w:rsidR="00672189" w:rsidRDefault="00672189" w:rsidP="00672189">
      <w:pPr>
        <w:rPr>
          <w:rFonts w:cstheme="minorHAnsi"/>
          <w:sz w:val="20"/>
          <w:szCs w:val="20"/>
        </w:rPr>
      </w:pPr>
      <w:r w:rsidRPr="00E24AF2">
        <w:rPr>
          <w:rFonts w:cstheme="minorHAnsi"/>
          <w:b/>
          <w:bCs/>
          <w:sz w:val="20"/>
          <w:szCs w:val="20"/>
        </w:rPr>
        <w:t>PLAY the BALL AS IT LIES</w:t>
      </w:r>
      <w:r w:rsidRPr="009A09BB">
        <w:rPr>
          <w:rFonts w:cstheme="minorHAnsi"/>
          <w:sz w:val="20"/>
          <w:szCs w:val="20"/>
        </w:rPr>
        <w:t xml:space="preserve"> unless noted prior to the start of play. The ball must be played as it lies, except as otherwise provided in the </w:t>
      </w:r>
      <w:r>
        <w:rPr>
          <w:rFonts w:cstheme="minorHAnsi"/>
          <w:sz w:val="20"/>
          <w:szCs w:val="20"/>
        </w:rPr>
        <w:t>r</w:t>
      </w:r>
      <w:r w:rsidRPr="009A09BB">
        <w:rPr>
          <w:rFonts w:cstheme="minorHAnsi"/>
          <w:sz w:val="20"/>
          <w:szCs w:val="20"/>
        </w:rPr>
        <w:t>ules.</w:t>
      </w:r>
      <w:r>
        <w:rPr>
          <w:rFonts w:cstheme="minorHAnsi"/>
          <w:sz w:val="20"/>
          <w:szCs w:val="20"/>
        </w:rPr>
        <w:t xml:space="preserve"> </w:t>
      </w:r>
    </w:p>
    <w:p w14:paraId="7EBD6E15" w14:textId="2D337DE9" w:rsidR="00672189" w:rsidRPr="00D52BC8" w:rsidRDefault="00672189" w:rsidP="00672189">
      <w:pPr>
        <w:pStyle w:val="ListParagraph"/>
        <w:numPr>
          <w:ilvl w:val="0"/>
          <w:numId w:val="23"/>
        </w:numPr>
        <w:spacing w:after="160" w:line="259" w:lineRule="auto"/>
        <w:rPr>
          <w:rFonts w:cstheme="minorHAnsi"/>
          <w:sz w:val="20"/>
          <w:szCs w:val="20"/>
        </w:rPr>
      </w:pPr>
      <w:r>
        <w:rPr>
          <w:rFonts w:cstheme="minorHAnsi"/>
          <w:sz w:val="20"/>
          <w:szCs w:val="20"/>
        </w:rPr>
        <w:t xml:space="preserve">You may roll your ball at any point within the boundaries of the course up to the width of the scorecard. </w:t>
      </w:r>
    </w:p>
    <w:p w14:paraId="19E90969" w14:textId="77777777" w:rsidR="00871531" w:rsidRDefault="00672189" w:rsidP="00672189">
      <w:pPr>
        <w:pStyle w:val="ListParagraph"/>
        <w:numPr>
          <w:ilvl w:val="0"/>
          <w:numId w:val="23"/>
        </w:numPr>
        <w:spacing w:after="160" w:line="259" w:lineRule="auto"/>
        <w:rPr>
          <w:rFonts w:cstheme="minorHAnsi"/>
          <w:sz w:val="20"/>
          <w:szCs w:val="20"/>
        </w:rPr>
      </w:pPr>
      <w:r>
        <w:rPr>
          <w:rFonts w:cstheme="minorHAnsi"/>
          <w:sz w:val="20"/>
          <w:szCs w:val="20"/>
        </w:rPr>
        <w:t>A player may rake and place a ball in the sand traps.</w:t>
      </w:r>
    </w:p>
    <w:p w14:paraId="4101542A" w14:textId="7F99A1B9" w:rsidR="00672189" w:rsidRPr="00871531" w:rsidRDefault="00871531" w:rsidP="00672189">
      <w:pPr>
        <w:pStyle w:val="ListParagraph"/>
        <w:numPr>
          <w:ilvl w:val="0"/>
          <w:numId w:val="23"/>
        </w:numPr>
        <w:spacing w:after="160" w:line="259" w:lineRule="auto"/>
        <w:rPr>
          <w:rFonts w:cstheme="minorHAnsi"/>
          <w:sz w:val="20"/>
          <w:szCs w:val="20"/>
        </w:rPr>
      </w:pPr>
      <w:r>
        <w:rPr>
          <w:rFonts w:cstheme="minorHAnsi"/>
          <w:sz w:val="20"/>
          <w:szCs w:val="20"/>
        </w:rPr>
        <w:t xml:space="preserve">A </w:t>
      </w:r>
      <w:r w:rsidR="002D1373">
        <w:rPr>
          <w:rFonts w:cstheme="minorHAnsi"/>
          <w:sz w:val="20"/>
          <w:szCs w:val="20"/>
        </w:rPr>
        <w:t xml:space="preserve">player may </w:t>
      </w:r>
      <w:r w:rsidR="00672189" w:rsidRPr="00871531">
        <w:rPr>
          <w:rFonts w:cstheme="minorHAnsi"/>
          <w:sz w:val="20"/>
          <w:szCs w:val="20"/>
        </w:rPr>
        <w:t>lift, clean. and replace</w:t>
      </w:r>
      <w:r w:rsidR="00950322">
        <w:rPr>
          <w:rFonts w:cstheme="minorHAnsi"/>
          <w:sz w:val="20"/>
          <w:szCs w:val="20"/>
        </w:rPr>
        <w:t xml:space="preserve"> their</w:t>
      </w:r>
      <w:r w:rsidR="00672189" w:rsidRPr="00871531">
        <w:rPr>
          <w:rFonts w:cstheme="minorHAnsi"/>
          <w:sz w:val="20"/>
          <w:szCs w:val="20"/>
        </w:rPr>
        <w:t xml:space="preserve"> ball </w:t>
      </w:r>
      <w:r w:rsidR="009D6387">
        <w:rPr>
          <w:rFonts w:cstheme="minorHAnsi"/>
          <w:sz w:val="20"/>
          <w:szCs w:val="20"/>
        </w:rPr>
        <w:t xml:space="preserve">but only </w:t>
      </w:r>
      <w:r w:rsidR="00672189" w:rsidRPr="00871531">
        <w:rPr>
          <w:rFonts w:cstheme="minorHAnsi"/>
          <w:sz w:val="20"/>
          <w:szCs w:val="20"/>
        </w:rPr>
        <w:t xml:space="preserve">in the fairway of the hole being played. </w:t>
      </w:r>
    </w:p>
    <w:p w14:paraId="6B0697A3" w14:textId="05375B2A" w:rsidR="00672189" w:rsidRDefault="00672189" w:rsidP="00672189">
      <w:pPr>
        <w:rPr>
          <w:rFonts w:cstheme="minorHAnsi"/>
          <w:sz w:val="20"/>
          <w:szCs w:val="20"/>
        </w:rPr>
      </w:pPr>
      <w:r w:rsidRPr="00B32912">
        <w:rPr>
          <w:rFonts w:cstheme="minorHAnsi"/>
          <w:b/>
          <w:bCs/>
          <w:sz w:val="20"/>
          <w:szCs w:val="20"/>
        </w:rPr>
        <w:t>SCORING:</w:t>
      </w:r>
      <w:r>
        <w:rPr>
          <w:rFonts w:cstheme="minorHAnsi"/>
          <w:sz w:val="20"/>
          <w:szCs w:val="20"/>
        </w:rPr>
        <w:t xml:space="preserve"> One player from each group will use the Squabbit app to keep the gross score of each player in that group. As a back-up,</w:t>
      </w:r>
      <w:r w:rsidRPr="009A09BB">
        <w:rPr>
          <w:rFonts w:cstheme="minorHAnsi"/>
          <w:sz w:val="20"/>
          <w:szCs w:val="20"/>
        </w:rPr>
        <w:t xml:space="preserve"> </w:t>
      </w:r>
      <w:r>
        <w:rPr>
          <w:rFonts w:cstheme="minorHAnsi"/>
          <w:sz w:val="20"/>
          <w:szCs w:val="20"/>
        </w:rPr>
        <w:t>e</w:t>
      </w:r>
      <w:r w:rsidRPr="009A09BB">
        <w:rPr>
          <w:rFonts w:cstheme="minorHAnsi"/>
          <w:sz w:val="20"/>
          <w:szCs w:val="20"/>
        </w:rPr>
        <w:t xml:space="preserve">ach </w:t>
      </w:r>
      <w:r>
        <w:rPr>
          <w:rFonts w:cstheme="minorHAnsi"/>
          <w:sz w:val="20"/>
          <w:szCs w:val="20"/>
        </w:rPr>
        <w:t>group</w:t>
      </w:r>
      <w:r w:rsidRPr="009A09BB">
        <w:rPr>
          <w:rFonts w:cstheme="minorHAnsi"/>
          <w:sz w:val="20"/>
          <w:szCs w:val="20"/>
        </w:rPr>
        <w:t xml:space="preserve"> is assigned a scorecard. Each </w:t>
      </w:r>
      <w:r>
        <w:rPr>
          <w:rFonts w:cstheme="minorHAnsi"/>
          <w:sz w:val="20"/>
          <w:szCs w:val="20"/>
        </w:rPr>
        <w:t>scorer</w:t>
      </w:r>
      <w:r w:rsidRPr="009A09BB">
        <w:rPr>
          <w:rFonts w:cstheme="minorHAnsi"/>
          <w:sz w:val="20"/>
          <w:szCs w:val="20"/>
        </w:rPr>
        <w:t xml:space="preserve"> then keeps the </w:t>
      </w:r>
      <w:r>
        <w:rPr>
          <w:rFonts w:cstheme="minorHAnsi"/>
          <w:sz w:val="20"/>
          <w:szCs w:val="20"/>
        </w:rPr>
        <w:t>gross</w:t>
      </w:r>
      <w:r w:rsidRPr="009A09BB">
        <w:rPr>
          <w:rFonts w:cstheme="minorHAnsi"/>
          <w:sz w:val="20"/>
          <w:szCs w:val="20"/>
        </w:rPr>
        <w:t xml:space="preserve"> score of </w:t>
      </w:r>
      <w:r>
        <w:rPr>
          <w:rFonts w:cstheme="minorHAnsi"/>
          <w:sz w:val="20"/>
          <w:szCs w:val="20"/>
        </w:rPr>
        <w:t>each</w:t>
      </w:r>
      <w:r w:rsidRPr="009A09BB">
        <w:rPr>
          <w:rFonts w:cstheme="minorHAnsi"/>
          <w:sz w:val="20"/>
          <w:szCs w:val="20"/>
        </w:rPr>
        <w:t xml:space="preserve"> player. </w:t>
      </w:r>
      <w:r>
        <w:rPr>
          <w:rFonts w:cstheme="minorHAnsi"/>
          <w:sz w:val="20"/>
          <w:szCs w:val="20"/>
        </w:rPr>
        <w:t xml:space="preserve">A hole is not completed until the player’s ball is holed-out (no gimme), or a maximum </w:t>
      </w:r>
      <w:r w:rsidR="002D46E5">
        <w:rPr>
          <w:rFonts w:cstheme="minorHAnsi"/>
          <w:sz w:val="20"/>
          <w:szCs w:val="20"/>
        </w:rPr>
        <w:t>triple bogey</w:t>
      </w:r>
      <w:r>
        <w:rPr>
          <w:rFonts w:cstheme="minorHAnsi"/>
          <w:sz w:val="20"/>
          <w:szCs w:val="20"/>
        </w:rPr>
        <w:t xml:space="preserve"> is achieved. </w:t>
      </w:r>
      <w:r w:rsidRPr="009A09BB">
        <w:rPr>
          <w:rFonts w:cstheme="minorHAnsi"/>
          <w:sz w:val="20"/>
          <w:szCs w:val="20"/>
        </w:rPr>
        <w:t xml:space="preserve">At the completion of the round the net score and points will be calculated </w:t>
      </w:r>
      <w:r>
        <w:rPr>
          <w:rFonts w:cstheme="minorHAnsi"/>
          <w:sz w:val="20"/>
          <w:szCs w:val="20"/>
        </w:rPr>
        <w:t>and</w:t>
      </w:r>
      <w:r w:rsidRPr="009A09BB">
        <w:rPr>
          <w:rFonts w:cstheme="minorHAnsi"/>
          <w:sz w:val="20"/>
          <w:szCs w:val="20"/>
        </w:rPr>
        <w:t xml:space="preserve"> posted.</w:t>
      </w:r>
    </w:p>
    <w:p w14:paraId="76F433E2" w14:textId="77777777" w:rsidR="00672189" w:rsidRDefault="00672189" w:rsidP="00672189">
      <w:pPr>
        <w:rPr>
          <w:rFonts w:cstheme="minorHAnsi"/>
          <w:sz w:val="20"/>
          <w:szCs w:val="20"/>
        </w:rPr>
      </w:pPr>
    </w:p>
    <w:p w14:paraId="1177660E" w14:textId="77777777" w:rsidR="00672189" w:rsidRPr="009F7129" w:rsidRDefault="00672189" w:rsidP="00672189">
      <w:pPr>
        <w:jc w:val="center"/>
        <w:rPr>
          <w:rFonts w:cstheme="minorHAnsi"/>
          <w:b/>
          <w:bCs/>
          <w:sz w:val="24"/>
          <w:szCs w:val="24"/>
        </w:rPr>
      </w:pPr>
      <w:r w:rsidRPr="009F7129">
        <w:rPr>
          <w:rFonts w:cstheme="minorHAnsi"/>
          <w:b/>
          <w:bCs/>
          <w:sz w:val="24"/>
          <w:szCs w:val="24"/>
        </w:rPr>
        <w:t>**</w:t>
      </w:r>
      <w:r>
        <w:rPr>
          <w:rFonts w:cstheme="minorHAnsi"/>
          <w:b/>
          <w:bCs/>
          <w:sz w:val="24"/>
          <w:szCs w:val="24"/>
        </w:rPr>
        <w:t>**</w:t>
      </w:r>
      <w:r w:rsidRPr="009F7129">
        <w:rPr>
          <w:rFonts w:cstheme="minorHAnsi"/>
          <w:b/>
          <w:bCs/>
          <w:sz w:val="24"/>
          <w:szCs w:val="24"/>
        </w:rPr>
        <w:t>It is highly recommended that each player download the Squabbit app.****</w:t>
      </w:r>
    </w:p>
    <w:p w14:paraId="2C92F1CA" w14:textId="77777777" w:rsidR="00672189" w:rsidRPr="00B558B5" w:rsidRDefault="00672189" w:rsidP="00672189">
      <w:pPr>
        <w:rPr>
          <w:rFonts w:cstheme="minorHAnsi"/>
          <w:b/>
          <w:bCs/>
          <w:sz w:val="20"/>
          <w:szCs w:val="20"/>
        </w:rPr>
      </w:pPr>
    </w:p>
    <w:p w14:paraId="1C52AFE5" w14:textId="00906BBF" w:rsidR="00672189" w:rsidRDefault="00672189" w:rsidP="00672189">
      <w:pPr>
        <w:rPr>
          <w:rFonts w:cstheme="minorHAnsi"/>
          <w:sz w:val="20"/>
          <w:szCs w:val="20"/>
        </w:rPr>
      </w:pPr>
      <w:r w:rsidRPr="004D5B6C">
        <w:rPr>
          <w:rFonts w:cstheme="minorHAnsi"/>
          <w:b/>
          <w:bCs/>
          <w:sz w:val="20"/>
          <w:szCs w:val="20"/>
        </w:rPr>
        <w:t>CLOSEST TO THE PIN</w:t>
      </w:r>
      <w:r>
        <w:rPr>
          <w:rFonts w:cstheme="minorHAnsi"/>
          <w:sz w:val="20"/>
          <w:szCs w:val="20"/>
        </w:rPr>
        <w:t>: A tape measure is provided for each group. Closest to the pin is measured from the pin to the ball. A player’s ball must be on the green in regulation to be measured</w:t>
      </w:r>
      <w:r w:rsidR="00B76BE7">
        <w:rPr>
          <w:rFonts w:cstheme="minorHAnsi"/>
          <w:sz w:val="20"/>
          <w:szCs w:val="20"/>
        </w:rPr>
        <w:t xml:space="preserve"> and the player must par or </w:t>
      </w:r>
      <w:r w:rsidR="00851C77">
        <w:rPr>
          <w:rFonts w:cstheme="minorHAnsi"/>
          <w:sz w:val="20"/>
          <w:szCs w:val="20"/>
        </w:rPr>
        <w:t>better the hole to win</w:t>
      </w:r>
      <w:r>
        <w:rPr>
          <w:rFonts w:cstheme="minorHAnsi"/>
          <w:sz w:val="20"/>
          <w:szCs w:val="20"/>
        </w:rPr>
        <w:t>. Measurement is entered into Squabbit with player’s name. If no player scores a closest to the pin on a given hole, that payout money will be carried over to the next hole won.</w:t>
      </w:r>
    </w:p>
    <w:p w14:paraId="2B32B20B" w14:textId="77777777" w:rsidR="00672189" w:rsidRPr="009A09BB" w:rsidRDefault="00672189" w:rsidP="00672189">
      <w:pPr>
        <w:rPr>
          <w:rFonts w:cstheme="minorHAnsi"/>
          <w:sz w:val="20"/>
          <w:szCs w:val="20"/>
        </w:rPr>
      </w:pPr>
      <w:r w:rsidRPr="004D5B6C">
        <w:rPr>
          <w:rFonts w:cstheme="minorHAnsi"/>
          <w:b/>
          <w:bCs/>
          <w:sz w:val="20"/>
          <w:szCs w:val="20"/>
        </w:rPr>
        <w:t>SCORE CARDS:</w:t>
      </w:r>
      <w:r w:rsidRPr="009A09BB">
        <w:rPr>
          <w:rFonts w:cstheme="minorHAnsi"/>
          <w:sz w:val="20"/>
          <w:szCs w:val="20"/>
        </w:rPr>
        <w:t xml:space="preserve"> A score card is deemed to be returned (no more changes allowed) when the score(s) have been posted on the official scoreboard. No alteration to a card may be made after it has been returned to the committee. The official-in-charge is responsible for applying course handicaps to scores.</w:t>
      </w:r>
    </w:p>
    <w:p w14:paraId="2FB01031" w14:textId="2D1059BB" w:rsidR="00672189" w:rsidRPr="00A12ECC" w:rsidRDefault="00672189" w:rsidP="00A12ECC">
      <w:pPr>
        <w:rPr>
          <w:sz w:val="20"/>
          <w:szCs w:val="20"/>
        </w:rPr>
      </w:pPr>
      <w:r w:rsidRPr="004D5B6C">
        <w:rPr>
          <w:rFonts w:cstheme="minorHAnsi"/>
          <w:b/>
          <w:bCs/>
          <w:sz w:val="20"/>
          <w:szCs w:val="20"/>
        </w:rPr>
        <w:t>OUT OF BOUNDS:</w:t>
      </w:r>
      <w:r w:rsidRPr="00406944">
        <w:t xml:space="preserve"> </w:t>
      </w:r>
      <w:r w:rsidRPr="00406944">
        <w:rPr>
          <w:sz w:val="20"/>
          <w:szCs w:val="20"/>
        </w:rPr>
        <w:t>Defined by the line between the course-side points, at ground level, of white stakes or fence posts; by white lines on the ground that connect stakes or roads; by the course-side edge of paved roads and beyond, even if ball comes to rest on another part of course</w:t>
      </w:r>
      <w:r>
        <w:rPr>
          <w:sz w:val="20"/>
          <w:szCs w:val="20"/>
        </w:rPr>
        <w:t>.</w:t>
      </w:r>
      <w:r w:rsidR="00A12ECC">
        <w:rPr>
          <w:sz w:val="20"/>
          <w:szCs w:val="20"/>
        </w:rPr>
        <w:t xml:space="preserve"> OB will be played as a lateral hazard</w:t>
      </w:r>
      <w:r w:rsidR="00CA60DB">
        <w:rPr>
          <w:sz w:val="20"/>
          <w:szCs w:val="20"/>
        </w:rPr>
        <w:t xml:space="preserve"> (See rule</w:t>
      </w:r>
      <w:r w:rsidR="002C3046">
        <w:rPr>
          <w:sz w:val="20"/>
          <w:szCs w:val="20"/>
        </w:rPr>
        <w:t xml:space="preserve"> regarding red </w:t>
      </w:r>
      <w:r w:rsidR="00A71407">
        <w:rPr>
          <w:sz w:val="20"/>
          <w:szCs w:val="20"/>
        </w:rPr>
        <w:t>penalty area</w:t>
      </w:r>
      <w:r w:rsidR="002C3046">
        <w:rPr>
          <w:sz w:val="20"/>
          <w:szCs w:val="20"/>
        </w:rPr>
        <w:t>).</w:t>
      </w:r>
    </w:p>
    <w:p w14:paraId="3EBCC688" w14:textId="77777777" w:rsidR="00EC0BF9" w:rsidRDefault="00EC0BF9" w:rsidP="00672189">
      <w:pPr>
        <w:rPr>
          <w:rFonts w:cstheme="minorHAnsi"/>
          <w:b/>
          <w:bCs/>
          <w:sz w:val="20"/>
          <w:szCs w:val="20"/>
        </w:rPr>
      </w:pPr>
    </w:p>
    <w:p w14:paraId="3DFA16F3" w14:textId="77777777" w:rsidR="00EC0BF9" w:rsidRDefault="00EC0BF9" w:rsidP="00672189">
      <w:pPr>
        <w:rPr>
          <w:rFonts w:cstheme="minorHAnsi"/>
          <w:b/>
          <w:bCs/>
          <w:sz w:val="20"/>
          <w:szCs w:val="20"/>
        </w:rPr>
      </w:pPr>
    </w:p>
    <w:p w14:paraId="4B5DFE50" w14:textId="6B192054" w:rsidR="00672189" w:rsidRPr="009A09BB" w:rsidRDefault="00672189" w:rsidP="00672189">
      <w:pPr>
        <w:rPr>
          <w:rFonts w:cstheme="minorHAnsi"/>
          <w:sz w:val="20"/>
          <w:szCs w:val="20"/>
        </w:rPr>
      </w:pPr>
      <w:r w:rsidRPr="00F17057">
        <w:rPr>
          <w:rFonts w:cstheme="minorHAnsi"/>
          <w:b/>
          <w:bCs/>
          <w:sz w:val="20"/>
          <w:szCs w:val="20"/>
        </w:rPr>
        <w:t>IMMOVABLE OBSTRUCTIONS CLOSE TO PUTTING GREEN (BALL IN GENERAL AREA CUT TO FAIRWAY HEIGHT):</w:t>
      </w:r>
      <w:r w:rsidRPr="009A09BB">
        <w:rPr>
          <w:rFonts w:cstheme="minorHAnsi"/>
          <w:sz w:val="20"/>
          <w:szCs w:val="20"/>
        </w:rPr>
        <w:t xml:space="preserve"> Relief from interference by an immovable obstruction may be taken under Rule 16.1.  In addition, if the player’s ball lies off the putting green and in the general area cut to fairway height and an immovable obstruction within two club-lengths of the putting green and within two club-lengths of the ball intervenes on the line of play, the player may take relief under Rule 16.1. </w:t>
      </w:r>
    </w:p>
    <w:p w14:paraId="11CBC351" w14:textId="77777777" w:rsidR="00A72CAE" w:rsidRDefault="00A72CAE" w:rsidP="00672189">
      <w:pPr>
        <w:rPr>
          <w:rFonts w:cstheme="minorHAnsi"/>
          <w:b/>
          <w:bCs/>
          <w:sz w:val="20"/>
          <w:szCs w:val="20"/>
        </w:rPr>
      </w:pPr>
    </w:p>
    <w:p w14:paraId="67369FB4" w14:textId="61118D45" w:rsidR="00635403" w:rsidRPr="00635403" w:rsidRDefault="00635403" w:rsidP="00672189">
      <w:pPr>
        <w:rPr>
          <w:rFonts w:cstheme="minorHAnsi"/>
          <w:sz w:val="20"/>
          <w:szCs w:val="20"/>
        </w:rPr>
      </w:pPr>
      <w:r>
        <w:rPr>
          <w:rFonts w:cstheme="minorHAnsi"/>
          <w:b/>
          <w:bCs/>
          <w:sz w:val="20"/>
          <w:szCs w:val="20"/>
        </w:rPr>
        <w:t xml:space="preserve">Gallery Rule: </w:t>
      </w:r>
      <w:r w:rsidR="000178D3">
        <w:rPr>
          <w:rFonts w:cstheme="minorHAnsi"/>
          <w:sz w:val="20"/>
          <w:szCs w:val="20"/>
        </w:rPr>
        <w:t xml:space="preserve">If a ball is believed to be in play and </w:t>
      </w:r>
      <w:r w:rsidR="000178D3" w:rsidRPr="00A71407">
        <w:rPr>
          <w:rFonts w:cstheme="minorHAnsi"/>
          <w:b/>
          <w:bCs/>
          <w:sz w:val="20"/>
          <w:szCs w:val="20"/>
        </w:rPr>
        <w:t>can not</w:t>
      </w:r>
      <w:r w:rsidR="000178D3">
        <w:rPr>
          <w:rFonts w:cstheme="minorHAnsi"/>
          <w:sz w:val="20"/>
          <w:szCs w:val="20"/>
        </w:rPr>
        <w:t xml:space="preserve"> be found</w:t>
      </w:r>
      <w:r w:rsidR="00377513">
        <w:rPr>
          <w:rFonts w:cstheme="minorHAnsi"/>
          <w:sz w:val="20"/>
          <w:szCs w:val="20"/>
        </w:rPr>
        <w:t>, upon agreement of the entire</w:t>
      </w:r>
      <w:r w:rsidR="006E68D3">
        <w:rPr>
          <w:rFonts w:cstheme="minorHAnsi"/>
          <w:sz w:val="20"/>
          <w:szCs w:val="20"/>
        </w:rPr>
        <w:t xml:space="preserve"> playing</w:t>
      </w:r>
      <w:r w:rsidR="00377513">
        <w:rPr>
          <w:rFonts w:cstheme="minorHAnsi"/>
          <w:sz w:val="20"/>
          <w:szCs w:val="20"/>
        </w:rPr>
        <w:t xml:space="preserve"> group</w:t>
      </w:r>
      <w:r w:rsidR="0070424A">
        <w:rPr>
          <w:rFonts w:cstheme="minorHAnsi"/>
          <w:sz w:val="20"/>
          <w:szCs w:val="20"/>
        </w:rPr>
        <w:t xml:space="preserve">, a player may drop in </w:t>
      </w:r>
      <w:r w:rsidR="00F53D66">
        <w:rPr>
          <w:rFonts w:cstheme="minorHAnsi"/>
          <w:sz w:val="20"/>
          <w:szCs w:val="20"/>
        </w:rPr>
        <w:t xml:space="preserve">an </w:t>
      </w:r>
      <w:r w:rsidR="0070424A">
        <w:rPr>
          <w:rFonts w:cstheme="minorHAnsi"/>
          <w:sz w:val="20"/>
          <w:szCs w:val="20"/>
        </w:rPr>
        <w:t xml:space="preserve">agreed area </w:t>
      </w:r>
      <w:r w:rsidR="00F53D66">
        <w:rPr>
          <w:rFonts w:cstheme="minorHAnsi"/>
          <w:sz w:val="20"/>
          <w:szCs w:val="20"/>
        </w:rPr>
        <w:t xml:space="preserve">of </w:t>
      </w:r>
      <w:r w:rsidR="008D15B4">
        <w:rPr>
          <w:rFonts w:cstheme="minorHAnsi"/>
          <w:sz w:val="20"/>
          <w:szCs w:val="20"/>
        </w:rPr>
        <w:t xml:space="preserve">landing, </w:t>
      </w:r>
      <w:r w:rsidR="0070424A">
        <w:rPr>
          <w:rFonts w:cstheme="minorHAnsi"/>
          <w:sz w:val="20"/>
          <w:szCs w:val="20"/>
        </w:rPr>
        <w:t>no closer to the pin</w:t>
      </w:r>
      <w:r w:rsidR="008D15B4">
        <w:rPr>
          <w:rFonts w:cstheme="minorHAnsi"/>
          <w:sz w:val="20"/>
          <w:szCs w:val="20"/>
        </w:rPr>
        <w:t>,</w:t>
      </w:r>
      <w:r w:rsidR="00946B36">
        <w:rPr>
          <w:rFonts w:cstheme="minorHAnsi"/>
          <w:sz w:val="20"/>
          <w:szCs w:val="20"/>
        </w:rPr>
        <w:t xml:space="preserve"> without penalty. This rule may only be used </w:t>
      </w:r>
      <w:r w:rsidR="00B40F18">
        <w:rPr>
          <w:rFonts w:cstheme="minorHAnsi"/>
          <w:sz w:val="20"/>
          <w:szCs w:val="20"/>
        </w:rPr>
        <w:t>on a tee shot.</w:t>
      </w:r>
    </w:p>
    <w:p w14:paraId="6FF2285D" w14:textId="3871221E" w:rsidR="00672189" w:rsidRPr="009A09BB" w:rsidRDefault="00672189" w:rsidP="00672189">
      <w:pPr>
        <w:rPr>
          <w:rFonts w:cstheme="minorHAnsi"/>
          <w:sz w:val="20"/>
          <w:szCs w:val="20"/>
        </w:rPr>
      </w:pPr>
      <w:r w:rsidRPr="00D54E26">
        <w:rPr>
          <w:rFonts w:cstheme="minorHAnsi"/>
          <w:b/>
          <w:bCs/>
          <w:sz w:val="20"/>
          <w:szCs w:val="20"/>
        </w:rPr>
        <w:t>GROUND UNDER REPAIR:</w:t>
      </w:r>
      <w:r w:rsidRPr="009A09BB">
        <w:rPr>
          <w:rFonts w:cstheme="minorHAnsi"/>
          <w:sz w:val="20"/>
          <w:szCs w:val="20"/>
        </w:rPr>
        <w:t xml:space="preserve"> Defined by white lines. Ground under repair also includes French drains, which are trenches filled with rocks or stones and newly trenched</w:t>
      </w:r>
      <w:r>
        <w:rPr>
          <w:rFonts w:cstheme="minorHAnsi"/>
          <w:sz w:val="20"/>
          <w:szCs w:val="20"/>
        </w:rPr>
        <w:t>, newly sodded, or areas where course work is clearly being performed.</w:t>
      </w:r>
      <w:r w:rsidRPr="009A09BB">
        <w:rPr>
          <w:rFonts w:cstheme="minorHAnsi"/>
          <w:sz w:val="20"/>
          <w:szCs w:val="20"/>
        </w:rPr>
        <w:t xml:space="preserve"> </w:t>
      </w:r>
      <w:r>
        <w:rPr>
          <w:rFonts w:cstheme="minorHAnsi"/>
          <w:sz w:val="20"/>
          <w:szCs w:val="20"/>
        </w:rPr>
        <w:t>If questionable, the playing group, as a whole, will make the decision.</w:t>
      </w:r>
      <w:r w:rsidRPr="009A09BB">
        <w:rPr>
          <w:rFonts w:cstheme="minorHAnsi"/>
          <w:sz w:val="20"/>
          <w:szCs w:val="20"/>
        </w:rPr>
        <w:t xml:space="preserve"> </w:t>
      </w:r>
    </w:p>
    <w:p w14:paraId="380367CE" w14:textId="77777777" w:rsidR="00672189" w:rsidRPr="009A09BB" w:rsidRDefault="00672189" w:rsidP="00672189">
      <w:pPr>
        <w:rPr>
          <w:rFonts w:cstheme="minorHAnsi"/>
          <w:sz w:val="20"/>
          <w:szCs w:val="20"/>
        </w:rPr>
      </w:pPr>
      <w:r w:rsidRPr="009A09BB">
        <w:rPr>
          <w:rFonts w:cstheme="minorHAnsi"/>
          <w:sz w:val="20"/>
          <w:szCs w:val="20"/>
        </w:rPr>
        <w:t xml:space="preserve"> </w:t>
      </w:r>
      <w:r w:rsidRPr="00F17057">
        <w:rPr>
          <w:rFonts w:cstheme="minorHAnsi"/>
          <w:b/>
          <w:bCs/>
          <w:sz w:val="20"/>
          <w:szCs w:val="20"/>
        </w:rPr>
        <w:t>WOOD CHIPS, MULCH AND PINE NEEDLES:</w:t>
      </w:r>
      <w:r w:rsidRPr="009A09BB">
        <w:rPr>
          <w:rFonts w:cstheme="minorHAnsi"/>
          <w:sz w:val="20"/>
          <w:szCs w:val="20"/>
        </w:rPr>
        <w:t xml:space="preserve"> Are loose impediments.</w:t>
      </w:r>
    </w:p>
    <w:p w14:paraId="75B21297" w14:textId="77777777" w:rsidR="00672189" w:rsidRPr="009A09BB" w:rsidRDefault="00672189" w:rsidP="00672189">
      <w:pPr>
        <w:rPr>
          <w:rFonts w:cstheme="minorHAnsi"/>
          <w:sz w:val="20"/>
          <w:szCs w:val="20"/>
        </w:rPr>
      </w:pPr>
      <w:r w:rsidRPr="00F17057">
        <w:rPr>
          <w:rFonts w:cstheme="minorHAnsi"/>
          <w:b/>
          <w:bCs/>
          <w:sz w:val="20"/>
          <w:szCs w:val="20"/>
        </w:rPr>
        <w:t>YELLOW PENALTY AREAS:</w:t>
      </w:r>
      <w:r w:rsidRPr="009A09BB">
        <w:rPr>
          <w:rFonts w:cstheme="minorHAnsi"/>
          <w:sz w:val="20"/>
          <w:szCs w:val="20"/>
        </w:rPr>
        <w:t xml:space="preserve"> Defined by yellow stakes and/or lines. </w:t>
      </w:r>
      <w:r>
        <w:rPr>
          <w:rFonts w:cstheme="minorHAnsi"/>
          <w:sz w:val="20"/>
          <w:szCs w:val="20"/>
        </w:rPr>
        <w:t xml:space="preserve">Two options for relief; </w:t>
      </w:r>
      <w:bookmarkStart w:id="2" w:name="_Hlk178509596"/>
      <w:r>
        <w:rPr>
          <w:rFonts w:cstheme="minorHAnsi"/>
          <w:sz w:val="20"/>
          <w:szCs w:val="20"/>
        </w:rPr>
        <w:t>1. Stroke and distance. 2. Back on line.</w:t>
      </w:r>
      <w:bookmarkEnd w:id="2"/>
    </w:p>
    <w:p w14:paraId="4B801301" w14:textId="77777777" w:rsidR="00672189" w:rsidRDefault="00672189" w:rsidP="00672189">
      <w:pPr>
        <w:rPr>
          <w:rFonts w:cstheme="minorHAnsi"/>
          <w:sz w:val="20"/>
          <w:szCs w:val="20"/>
        </w:rPr>
      </w:pPr>
      <w:r w:rsidRPr="00F17057">
        <w:rPr>
          <w:rFonts w:cstheme="minorHAnsi"/>
          <w:b/>
          <w:bCs/>
          <w:sz w:val="20"/>
          <w:szCs w:val="20"/>
        </w:rPr>
        <w:t>RED PENALTY AREAS:</w:t>
      </w:r>
      <w:r w:rsidRPr="009A09BB">
        <w:rPr>
          <w:rFonts w:cstheme="minorHAnsi"/>
          <w:sz w:val="20"/>
          <w:szCs w:val="20"/>
        </w:rPr>
        <w:t xml:space="preserve"> Defined by red stakes and/or lines and includes unmarked drainage ditches and other open water courses. Treat all penalty areas as red penalty areas unless otherwise marked. </w:t>
      </w:r>
      <w:r>
        <w:rPr>
          <w:rFonts w:cstheme="minorHAnsi"/>
          <w:sz w:val="20"/>
          <w:szCs w:val="20"/>
        </w:rPr>
        <w:t>Three options for relief;</w:t>
      </w:r>
      <w:r w:rsidRPr="009A09BB">
        <w:rPr>
          <w:rFonts w:cstheme="minorHAnsi"/>
          <w:sz w:val="20"/>
          <w:szCs w:val="20"/>
        </w:rPr>
        <w:t xml:space="preserve"> </w:t>
      </w:r>
      <w:r>
        <w:rPr>
          <w:rFonts w:cstheme="minorHAnsi"/>
          <w:sz w:val="20"/>
          <w:szCs w:val="20"/>
        </w:rPr>
        <w:t>1. Stroke and distance. 2. Back on line. 3. Lateral relief.</w:t>
      </w:r>
    </w:p>
    <w:p w14:paraId="0B65F9CA" w14:textId="77777777" w:rsidR="00672189" w:rsidRDefault="00672189" w:rsidP="00672189">
      <w:pPr>
        <w:rPr>
          <w:rFonts w:cstheme="minorHAnsi"/>
          <w:sz w:val="20"/>
          <w:szCs w:val="20"/>
        </w:rPr>
      </w:pPr>
    </w:p>
    <w:p w14:paraId="622C677D" w14:textId="66D4D127" w:rsidR="00672189" w:rsidRPr="00716FA9" w:rsidRDefault="00672189" w:rsidP="00716FA9">
      <w:pPr>
        <w:jc w:val="center"/>
        <w:rPr>
          <w:b/>
          <w:bCs/>
        </w:rPr>
      </w:pPr>
      <w:r w:rsidRPr="00716FA9">
        <w:rPr>
          <w:rFonts w:cstheme="minorHAnsi"/>
          <w:b/>
          <w:bCs/>
          <w:sz w:val="20"/>
          <w:szCs w:val="20"/>
        </w:rPr>
        <w:t>*** Every player should be familiar with the Rules of Play</w:t>
      </w:r>
      <w:r w:rsidRPr="00716FA9">
        <w:rPr>
          <w:b/>
          <w:bCs/>
        </w:rPr>
        <w:t xml:space="preserve"> ***</w:t>
      </w:r>
    </w:p>
    <w:p w14:paraId="5C8B0D96" w14:textId="77777777" w:rsidR="00672189" w:rsidRDefault="00672189" w:rsidP="00672189"/>
    <w:p w14:paraId="5D9511E6" w14:textId="261C1DA9" w:rsidR="00672189" w:rsidRDefault="00672189" w:rsidP="00672189">
      <w:pPr>
        <w:rPr>
          <w:rFonts w:cstheme="minorHAnsi"/>
          <w:sz w:val="20"/>
          <w:szCs w:val="20"/>
        </w:rPr>
      </w:pPr>
      <w:r>
        <w:rPr>
          <w:rFonts w:cstheme="minorHAnsi"/>
          <w:sz w:val="20"/>
          <w:szCs w:val="20"/>
        </w:rPr>
        <w:lastRenderedPageBreak/>
        <w:t xml:space="preserve">HANDICAPPING AND ADJUSTMENTS: If a player has less than 20 rounds posted in GHIN, or less than </w:t>
      </w:r>
      <w:r w:rsidR="00414851">
        <w:rPr>
          <w:rFonts w:cstheme="minorHAnsi"/>
          <w:sz w:val="20"/>
          <w:szCs w:val="20"/>
        </w:rPr>
        <w:t xml:space="preserve">20 rounds posted in the past 6 months, the following will apply, source USGA </w:t>
      </w:r>
      <w:r w:rsidR="00F64264">
        <w:rPr>
          <w:noProof/>
        </w:rPr>
        <w:drawing>
          <wp:inline distT="0" distB="0" distL="0" distR="0" wp14:anchorId="75E215F3" wp14:editId="6755B6D1">
            <wp:extent cx="4442460" cy="2923670"/>
            <wp:effectExtent l="0" t="0" r="0" b="0"/>
            <wp:docPr id="704799908" name="Picture 704799908" descr="A table with numbers and a number of percent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able with numbers and a number of percentage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2954" cy="2923995"/>
                    </a:xfrm>
                    <a:prstGeom prst="rect">
                      <a:avLst/>
                    </a:prstGeom>
                    <a:noFill/>
                    <a:ln>
                      <a:noFill/>
                    </a:ln>
                  </pic:spPr>
                </pic:pic>
              </a:graphicData>
            </a:graphic>
          </wp:inline>
        </w:drawing>
      </w:r>
    </w:p>
    <w:p w14:paraId="3ADC9FAA" w14:textId="77777777" w:rsidR="00672189" w:rsidRDefault="00672189" w:rsidP="00672189">
      <w:pPr>
        <w:rPr>
          <w:rFonts w:cstheme="minorHAnsi"/>
          <w:sz w:val="20"/>
          <w:szCs w:val="20"/>
        </w:rPr>
      </w:pPr>
    </w:p>
    <w:p w14:paraId="2F948898" w14:textId="77777777" w:rsidR="00A826A5" w:rsidRDefault="00A826A5" w:rsidP="00672189">
      <w:pPr>
        <w:shd w:val="clear" w:color="auto" w:fill="FFFFFF"/>
        <w:spacing w:after="0" w:line="240" w:lineRule="auto"/>
        <w:textAlignment w:val="baseline"/>
        <w:outlineLvl w:val="2"/>
        <w:rPr>
          <w:rFonts w:ascii="Roboto Slab" w:eastAsia="Times New Roman" w:hAnsi="Roboto Slab" w:cs="Roboto Slab"/>
          <w:b/>
          <w:bCs/>
          <w:color w:val="333333"/>
          <w:sz w:val="27"/>
          <w:szCs w:val="27"/>
        </w:rPr>
      </w:pPr>
    </w:p>
    <w:p w14:paraId="3D71902C" w14:textId="77777777" w:rsidR="00A826A5" w:rsidRDefault="00A826A5" w:rsidP="00672189">
      <w:pPr>
        <w:shd w:val="clear" w:color="auto" w:fill="FFFFFF"/>
        <w:spacing w:after="0" w:line="240" w:lineRule="auto"/>
        <w:textAlignment w:val="baseline"/>
        <w:outlineLvl w:val="2"/>
        <w:rPr>
          <w:rFonts w:ascii="Roboto Slab" w:eastAsia="Times New Roman" w:hAnsi="Roboto Slab" w:cs="Roboto Slab"/>
          <w:b/>
          <w:bCs/>
          <w:color w:val="333333"/>
          <w:sz w:val="27"/>
          <w:szCs w:val="27"/>
        </w:rPr>
      </w:pPr>
    </w:p>
    <w:p w14:paraId="59C18A38" w14:textId="77777777" w:rsidR="00A826A5" w:rsidRDefault="00A826A5" w:rsidP="00672189">
      <w:pPr>
        <w:shd w:val="clear" w:color="auto" w:fill="FFFFFF"/>
        <w:spacing w:after="0" w:line="240" w:lineRule="auto"/>
        <w:textAlignment w:val="baseline"/>
        <w:outlineLvl w:val="2"/>
        <w:rPr>
          <w:rFonts w:ascii="Roboto Slab" w:eastAsia="Times New Roman" w:hAnsi="Roboto Slab" w:cs="Roboto Slab"/>
          <w:b/>
          <w:bCs/>
          <w:color w:val="333333"/>
          <w:sz w:val="27"/>
          <w:szCs w:val="27"/>
        </w:rPr>
      </w:pPr>
    </w:p>
    <w:p w14:paraId="6D326196" w14:textId="77777777" w:rsidR="00A826A5" w:rsidRDefault="00A826A5" w:rsidP="00672189">
      <w:pPr>
        <w:shd w:val="clear" w:color="auto" w:fill="FFFFFF"/>
        <w:spacing w:after="0" w:line="240" w:lineRule="auto"/>
        <w:textAlignment w:val="baseline"/>
        <w:outlineLvl w:val="2"/>
        <w:rPr>
          <w:rFonts w:ascii="Roboto Slab" w:eastAsia="Times New Roman" w:hAnsi="Roboto Slab" w:cs="Roboto Slab"/>
          <w:b/>
          <w:bCs/>
          <w:color w:val="333333"/>
          <w:sz w:val="27"/>
          <w:szCs w:val="27"/>
        </w:rPr>
      </w:pPr>
    </w:p>
    <w:p w14:paraId="3CE600F1" w14:textId="228741C4" w:rsidR="00672189" w:rsidRDefault="00672189" w:rsidP="00672189">
      <w:pPr>
        <w:shd w:val="clear" w:color="auto" w:fill="FFFFFF"/>
        <w:spacing w:after="0" w:line="240" w:lineRule="auto"/>
        <w:textAlignment w:val="baseline"/>
        <w:outlineLvl w:val="2"/>
        <w:rPr>
          <w:rFonts w:ascii="Roboto Slab" w:eastAsia="Times New Roman" w:hAnsi="Roboto Slab" w:cs="Roboto Slab"/>
          <w:b/>
          <w:bCs/>
          <w:color w:val="333333"/>
          <w:sz w:val="27"/>
          <w:szCs w:val="27"/>
        </w:rPr>
      </w:pPr>
      <w:r>
        <w:rPr>
          <w:rFonts w:ascii="Roboto Slab" w:eastAsia="Times New Roman" w:hAnsi="Roboto Slab" w:cs="Roboto Slab"/>
          <w:b/>
          <w:bCs/>
          <w:color w:val="333333"/>
          <w:sz w:val="27"/>
          <w:szCs w:val="27"/>
        </w:rPr>
        <w:t>Event</w:t>
      </w:r>
      <w:r w:rsidRPr="00084780">
        <w:rPr>
          <w:rFonts w:ascii="Roboto Slab" w:eastAsia="Times New Roman" w:hAnsi="Roboto Slab" w:cs="Roboto Slab"/>
          <w:b/>
          <w:bCs/>
          <w:color w:val="333333"/>
          <w:sz w:val="27"/>
          <w:szCs w:val="27"/>
        </w:rPr>
        <w:t xml:space="preserve"> Points System</w:t>
      </w:r>
    </w:p>
    <w:p w14:paraId="5EBF02A1" w14:textId="77777777" w:rsidR="00672189" w:rsidRDefault="00672189" w:rsidP="00672189">
      <w:pPr>
        <w:shd w:val="clear" w:color="auto" w:fill="FFFFFF"/>
        <w:spacing w:after="0" w:line="240" w:lineRule="auto"/>
        <w:textAlignment w:val="baseline"/>
        <w:outlineLvl w:val="2"/>
        <w:rPr>
          <w:rFonts w:ascii="Roboto Slab" w:eastAsia="Times New Roman" w:hAnsi="Roboto Slab" w:cs="Roboto Slab"/>
          <w:b/>
          <w:bCs/>
          <w:color w:val="333333"/>
          <w:sz w:val="27"/>
          <w:szCs w:val="27"/>
        </w:rPr>
      </w:pPr>
    </w:p>
    <w:p w14:paraId="60D4B599" w14:textId="77777777" w:rsidR="00672189" w:rsidRPr="00F35786" w:rsidRDefault="00672189" w:rsidP="00672189">
      <w:pPr>
        <w:shd w:val="clear" w:color="auto" w:fill="FFFFFF"/>
        <w:spacing w:after="0" w:line="240" w:lineRule="auto"/>
        <w:textAlignment w:val="baseline"/>
        <w:outlineLvl w:val="2"/>
        <w:rPr>
          <w:rFonts w:eastAsia="Times New Roman" w:cs="Open Sans"/>
          <w:sz w:val="20"/>
          <w:szCs w:val="20"/>
        </w:rPr>
      </w:pPr>
      <w:r w:rsidRPr="00084780">
        <w:rPr>
          <w:rFonts w:eastAsia="Times New Roman" w:cs="Open Sans"/>
          <w:color w:val="707070"/>
          <w:sz w:val="20"/>
          <w:szCs w:val="20"/>
        </w:rPr>
        <w:t xml:space="preserve"> </w:t>
      </w:r>
      <w:r w:rsidRPr="00F35786">
        <w:rPr>
          <w:rFonts w:eastAsia="Times New Roman" w:cs="Open Sans"/>
          <w:sz w:val="20"/>
          <w:szCs w:val="20"/>
        </w:rPr>
        <w:t>In order to better serve our participants, we have developed and deployed an Event Points System that helps our team better monitor handicapping for those that consistently finish at the top of the leaderboard. </w:t>
      </w:r>
    </w:p>
    <w:p w14:paraId="5B47A9FD" w14:textId="77777777" w:rsidR="00672189" w:rsidRPr="00F35786" w:rsidRDefault="00672189" w:rsidP="00672189">
      <w:pPr>
        <w:shd w:val="clear" w:color="auto" w:fill="FFFFFF"/>
        <w:spacing w:after="0" w:line="240" w:lineRule="auto"/>
        <w:textAlignment w:val="baseline"/>
        <w:outlineLvl w:val="2"/>
        <w:rPr>
          <w:rFonts w:ascii="Roboto Slab" w:eastAsia="Times New Roman" w:hAnsi="Roboto Slab" w:cs="Roboto Slab"/>
          <w:b/>
          <w:bCs/>
          <w:sz w:val="27"/>
          <w:szCs w:val="27"/>
        </w:rPr>
      </w:pPr>
    </w:p>
    <w:p w14:paraId="67512EF7" w14:textId="77777777" w:rsidR="00672189" w:rsidRPr="00F35786" w:rsidRDefault="00672189" w:rsidP="00672189">
      <w:pPr>
        <w:numPr>
          <w:ilvl w:val="0"/>
          <w:numId w:val="10"/>
        </w:numPr>
        <w:shd w:val="clear" w:color="auto" w:fill="FFFFFF"/>
        <w:spacing w:after="0" w:line="240" w:lineRule="auto"/>
        <w:ind w:left="1020"/>
        <w:textAlignment w:val="baseline"/>
        <w:rPr>
          <w:rFonts w:eastAsia="Times New Roman" w:cs="Open Sans"/>
          <w:sz w:val="20"/>
          <w:szCs w:val="20"/>
        </w:rPr>
      </w:pPr>
      <w:r w:rsidRPr="00F35786">
        <w:rPr>
          <w:rFonts w:eastAsia="Times New Roman" w:cs="Open Sans"/>
          <w:sz w:val="20"/>
          <w:szCs w:val="20"/>
        </w:rPr>
        <w:t>First place = 5 points </w:t>
      </w:r>
    </w:p>
    <w:p w14:paraId="3083B4B0" w14:textId="77777777" w:rsidR="00672189" w:rsidRPr="00F35786" w:rsidRDefault="00672189" w:rsidP="00672189">
      <w:pPr>
        <w:numPr>
          <w:ilvl w:val="0"/>
          <w:numId w:val="10"/>
        </w:numPr>
        <w:shd w:val="clear" w:color="auto" w:fill="FFFFFF"/>
        <w:spacing w:after="0" w:line="240" w:lineRule="auto"/>
        <w:ind w:left="1020"/>
        <w:textAlignment w:val="baseline"/>
        <w:rPr>
          <w:rFonts w:eastAsia="Times New Roman" w:cs="Open Sans"/>
          <w:sz w:val="20"/>
          <w:szCs w:val="20"/>
        </w:rPr>
      </w:pPr>
      <w:r w:rsidRPr="00F35786">
        <w:rPr>
          <w:rFonts w:eastAsia="Times New Roman" w:cs="Open Sans"/>
          <w:sz w:val="20"/>
          <w:szCs w:val="20"/>
        </w:rPr>
        <w:t>Second Place = 4 points </w:t>
      </w:r>
    </w:p>
    <w:p w14:paraId="47B7A08C" w14:textId="77777777" w:rsidR="00672189" w:rsidRPr="00F35786" w:rsidRDefault="00672189" w:rsidP="00672189">
      <w:pPr>
        <w:numPr>
          <w:ilvl w:val="0"/>
          <w:numId w:val="10"/>
        </w:numPr>
        <w:shd w:val="clear" w:color="auto" w:fill="FFFFFF"/>
        <w:spacing w:after="0" w:line="240" w:lineRule="auto"/>
        <w:ind w:left="1020"/>
        <w:textAlignment w:val="baseline"/>
        <w:rPr>
          <w:rFonts w:eastAsia="Times New Roman" w:cs="Open Sans"/>
          <w:sz w:val="20"/>
          <w:szCs w:val="20"/>
        </w:rPr>
      </w:pPr>
      <w:r w:rsidRPr="00F35786">
        <w:rPr>
          <w:rFonts w:eastAsia="Times New Roman" w:cs="Open Sans"/>
          <w:sz w:val="20"/>
          <w:szCs w:val="20"/>
        </w:rPr>
        <w:t>Third Place = 3 points </w:t>
      </w:r>
    </w:p>
    <w:p w14:paraId="3F21A713" w14:textId="04648A01" w:rsidR="00672189" w:rsidRPr="00F35786" w:rsidRDefault="00672189" w:rsidP="00812AC7">
      <w:pPr>
        <w:numPr>
          <w:ilvl w:val="0"/>
          <w:numId w:val="10"/>
        </w:numPr>
        <w:shd w:val="clear" w:color="auto" w:fill="FFFFFF"/>
        <w:spacing w:after="0" w:line="240" w:lineRule="auto"/>
        <w:ind w:left="1020"/>
        <w:textAlignment w:val="baseline"/>
        <w:rPr>
          <w:rFonts w:eastAsia="Times New Roman" w:cs="Open Sans"/>
          <w:sz w:val="20"/>
          <w:szCs w:val="20"/>
        </w:rPr>
      </w:pPr>
      <w:r w:rsidRPr="00F35786">
        <w:rPr>
          <w:rFonts w:eastAsia="Times New Roman" w:cs="Open Sans"/>
          <w:sz w:val="20"/>
          <w:szCs w:val="20"/>
        </w:rPr>
        <w:t>Fourth Place = 2 points </w:t>
      </w:r>
    </w:p>
    <w:p w14:paraId="09135FFE" w14:textId="77777777" w:rsidR="00672189" w:rsidRDefault="00672189" w:rsidP="00672189">
      <w:pPr>
        <w:shd w:val="clear" w:color="auto" w:fill="FFFFFF"/>
        <w:spacing w:after="300" w:line="240" w:lineRule="auto"/>
        <w:textAlignment w:val="baseline"/>
        <w:rPr>
          <w:rFonts w:eastAsia="Times New Roman" w:cs="Open Sans"/>
          <w:color w:val="707070"/>
          <w:sz w:val="20"/>
          <w:szCs w:val="20"/>
        </w:rPr>
      </w:pPr>
    </w:p>
    <w:p w14:paraId="47564FD1" w14:textId="77777777" w:rsidR="00672189" w:rsidRPr="00F35786" w:rsidRDefault="00672189" w:rsidP="00672189">
      <w:pPr>
        <w:shd w:val="clear" w:color="auto" w:fill="FFFFFF"/>
        <w:spacing w:after="300" w:line="240" w:lineRule="auto"/>
        <w:textAlignment w:val="baseline"/>
        <w:rPr>
          <w:rFonts w:eastAsia="Times New Roman" w:cs="Open Sans"/>
          <w:sz w:val="20"/>
          <w:szCs w:val="20"/>
        </w:rPr>
      </w:pPr>
      <w:r w:rsidRPr="00F35786">
        <w:rPr>
          <w:rFonts w:eastAsia="Times New Roman" w:cs="Open Sans"/>
          <w:sz w:val="20"/>
          <w:szCs w:val="20"/>
        </w:rPr>
        <w:lastRenderedPageBreak/>
        <w:t>Once their EPS point total reaches a certain level the reduction is then applied to the event index for that participant. This reduction will be applied to the next two events played. The levels of reduction are detailed below.</w:t>
      </w:r>
    </w:p>
    <w:p w14:paraId="5540D5C6" w14:textId="77777777" w:rsidR="00672189" w:rsidRPr="00F35786" w:rsidRDefault="00672189" w:rsidP="00672189">
      <w:pPr>
        <w:numPr>
          <w:ilvl w:val="0"/>
          <w:numId w:val="11"/>
        </w:numPr>
        <w:shd w:val="clear" w:color="auto" w:fill="FFFFFF"/>
        <w:spacing w:after="0" w:line="240" w:lineRule="auto"/>
        <w:ind w:left="1020"/>
        <w:textAlignment w:val="baseline"/>
        <w:rPr>
          <w:rFonts w:eastAsia="Times New Roman" w:cs="Open Sans"/>
          <w:sz w:val="20"/>
          <w:szCs w:val="20"/>
        </w:rPr>
      </w:pPr>
      <w:r w:rsidRPr="00F35786">
        <w:rPr>
          <w:rFonts w:eastAsia="Times New Roman" w:cs="Open Sans"/>
          <w:sz w:val="20"/>
          <w:szCs w:val="20"/>
        </w:rPr>
        <w:t>10 total points is a 3 stroke reduction</w:t>
      </w:r>
    </w:p>
    <w:p w14:paraId="3355E665" w14:textId="77777777" w:rsidR="00672189" w:rsidRPr="00F35786" w:rsidRDefault="00672189" w:rsidP="00672189">
      <w:pPr>
        <w:numPr>
          <w:ilvl w:val="0"/>
          <w:numId w:val="11"/>
        </w:numPr>
        <w:shd w:val="clear" w:color="auto" w:fill="FFFFFF"/>
        <w:spacing w:after="0" w:line="240" w:lineRule="auto"/>
        <w:ind w:left="1020"/>
        <w:textAlignment w:val="baseline"/>
        <w:rPr>
          <w:rFonts w:eastAsia="Times New Roman" w:cs="Open Sans"/>
          <w:sz w:val="20"/>
          <w:szCs w:val="20"/>
        </w:rPr>
      </w:pPr>
      <w:r w:rsidRPr="00F35786">
        <w:rPr>
          <w:rFonts w:eastAsia="Times New Roman" w:cs="Open Sans"/>
          <w:sz w:val="20"/>
          <w:szCs w:val="20"/>
        </w:rPr>
        <w:t>8 total points is a 2 stroke reduction</w:t>
      </w:r>
    </w:p>
    <w:p w14:paraId="017485E4" w14:textId="77777777" w:rsidR="00672189" w:rsidRPr="00F35786" w:rsidRDefault="00672189" w:rsidP="00672189">
      <w:pPr>
        <w:numPr>
          <w:ilvl w:val="0"/>
          <w:numId w:val="11"/>
        </w:numPr>
        <w:shd w:val="clear" w:color="auto" w:fill="FFFFFF"/>
        <w:spacing w:after="0" w:line="240" w:lineRule="auto"/>
        <w:ind w:left="1020"/>
        <w:textAlignment w:val="baseline"/>
        <w:rPr>
          <w:rFonts w:eastAsia="Times New Roman" w:cs="Open Sans"/>
          <w:sz w:val="20"/>
          <w:szCs w:val="20"/>
        </w:rPr>
      </w:pPr>
      <w:r w:rsidRPr="00F35786">
        <w:rPr>
          <w:rFonts w:eastAsia="Times New Roman" w:cs="Open Sans"/>
          <w:sz w:val="20"/>
          <w:szCs w:val="20"/>
        </w:rPr>
        <w:t>6 total points is a 1 stroke reduction</w:t>
      </w:r>
    </w:p>
    <w:p w14:paraId="6E411D18" w14:textId="77777777" w:rsidR="00672189" w:rsidRDefault="00672189" w:rsidP="00672189">
      <w:pPr>
        <w:shd w:val="clear" w:color="auto" w:fill="FFFFFF"/>
        <w:spacing w:after="300" w:line="240" w:lineRule="auto"/>
        <w:textAlignment w:val="baseline"/>
        <w:rPr>
          <w:rFonts w:eastAsia="Times New Roman" w:cs="Open Sans"/>
          <w:color w:val="707070"/>
          <w:sz w:val="20"/>
          <w:szCs w:val="20"/>
        </w:rPr>
      </w:pPr>
    </w:p>
    <w:p w14:paraId="5306146F" w14:textId="50523D67" w:rsidR="00672189" w:rsidRPr="00F35786" w:rsidRDefault="00672189" w:rsidP="00672189">
      <w:pPr>
        <w:shd w:val="clear" w:color="auto" w:fill="FFFFFF"/>
        <w:spacing w:after="300" w:line="240" w:lineRule="auto"/>
        <w:textAlignment w:val="baseline"/>
        <w:rPr>
          <w:rFonts w:eastAsia="Times New Roman" w:cs="Open Sans"/>
          <w:sz w:val="20"/>
          <w:szCs w:val="20"/>
        </w:rPr>
      </w:pPr>
      <w:r w:rsidRPr="00F35786">
        <w:rPr>
          <w:rFonts w:eastAsia="Times New Roman" w:cs="Open Sans"/>
          <w:sz w:val="20"/>
          <w:szCs w:val="20"/>
        </w:rPr>
        <w:t xml:space="preserve">The events included to attain points are the last three events played. If participants placed in the top </w:t>
      </w:r>
      <w:r w:rsidR="00512CE5">
        <w:rPr>
          <w:rFonts w:eastAsia="Times New Roman" w:cs="Open Sans"/>
          <w:sz w:val="20"/>
          <w:szCs w:val="20"/>
        </w:rPr>
        <w:t>4</w:t>
      </w:r>
      <w:r w:rsidRPr="00F35786">
        <w:rPr>
          <w:rFonts w:eastAsia="Times New Roman" w:cs="Open Sans"/>
          <w:sz w:val="20"/>
          <w:szCs w:val="20"/>
        </w:rPr>
        <w:t xml:space="preserve"> in all 3 of these events, then the 2 best finishes will be utilized.</w:t>
      </w:r>
    </w:p>
    <w:p w14:paraId="2B4ACF4D" w14:textId="77777777" w:rsidR="00672189" w:rsidRPr="00F35786" w:rsidRDefault="00672189" w:rsidP="00672189">
      <w:pPr>
        <w:shd w:val="clear" w:color="auto" w:fill="FFFFFF"/>
        <w:spacing w:after="300" w:line="240" w:lineRule="auto"/>
        <w:textAlignment w:val="baseline"/>
        <w:rPr>
          <w:rFonts w:eastAsia="Times New Roman" w:cs="Open Sans"/>
          <w:sz w:val="20"/>
          <w:szCs w:val="20"/>
        </w:rPr>
      </w:pPr>
      <w:r w:rsidRPr="00F35786">
        <w:rPr>
          <w:rFonts w:eastAsia="Times New Roman" w:cs="Open Sans"/>
          <w:sz w:val="20"/>
          <w:szCs w:val="20"/>
        </w:rPr>
        <w:t>*Event Points System subject to change at any time. </w:t>
      </w:r>
    </w:p>
    <w:p w14:paraId="224D9A9C" w14:textId="72C4F117" w:rsidR="006B1E9A" w:rsidRDefault="00E37C21" w:rsidP="00E37C21">
      <w:pPr>
        <w:pStyle w:val="ListBullet"/>
        <w:numPr>
          <w:ilvl w:val="0"/>
          <w:numId w:val="0"/>
        </w:numPr>
      </w:pPr>
      <w:r>
        <w:t xml:space="preserve"> </w:t>
      </w:r>
    </w:p>
    <w:p w14:paraId="24581B5C" w14:textId="77777777" w:rsidR="00BC115E" w:rsidRDefault="00BC115E">
      <w:pPr>
        <w:pStyle w:val="Heading1"/>
        <w:rPr>
          <w:color w:val="auto"/>
        </w:rPr>
      </w:pPr>
    </w:p>
    <w:p w14:paraId="13B7BC5B" w14:textId="36B2BE91" w:rsidR="006017C5" w:rsidRPr="00F07EA9" w:rsidRDefault="00E37C21" w:rsidP="009B2064">
      <w:pPr>
        <w:jc w:val="center"/>
        <w:rPr>
          <w:b/>
          <w:bCs/>
          <w:sz w:val="24"/>
          <w:szCs w:val="24"/>
        </w:rPr>
      </w:pPr>
      <w:r>
        <w:rPr>
          <w:b/>
          <w:bCs/>
          <w:sz w:val="24"/>
          <w:szCs w:val="24"/>
        </w:rPr>
        <w:t xml:space="preserve"> </w:t>
      </w:r>
    </w:p>
    <w:p w14:paraId="0AC1AB61" w14:textId="77777777" w:rsidR="006017C5" w:rsidRDefault="006017C5" w:rsidP="006017C5"/>
    <w:p w14:paraId="02881E8B" w14:textId="26A91BD7" w:rsidR="006017C5" w:rsidRPr="00E37C21" w:rsidRDefault="006017C5" w:rsidP="007675E7">
      <w:pPr>
        <w:jc w:val="center"/>
        <w:rPr>
          <w:rFonts w:cstheme="minorHAnsi"/>
          <w:b/>
          <w:bCs/>
          <w:sz w:val="32"/>
          <w:szCs w:val="32"/>
        </w:rPr>
      </w:pPr>
      <w:r w:rsidRPr="00E37C21">
        <w:rPr>
          <w:rFonts w:cstheme="minorHAnsi"/>
          <w:b/>
          <w:bCs/>
          <w:sz w:val="32"/>
          <w:szCs w:val="32"/>
        </w:rPr>
        <w:t>2026 Schedule</w:t>
      </w:r>
    </w:p>
    <w:p w14:paraId="3B086834" w14:textId="77777777" w:rsidR="006017C5" w:rsidRDefault="006017C5" w:rsidP="006017C5">
      <w:pPr>
        <w:rPr>
          <w:rFonts w:cstheme="minorHAnsi"/>
          <w:b/>
          <w:bCs/>
          <w:sz w:val="24"/>
          <w:szCs w:val="24"/>
        </w:rPr>
      </w:pPr>
    </w:p>
    <w:p w14:paraId="4C926517" w14:textId="2DF4AF47" w:rsidR="006017C5" w:rsidRDefault="006017C5" w:rsidP="006017C5">
      <w:pPr>
        <w:rPr>
          <w:rFonts w:cstheme="minorHAnsi"/>
          <w:sz w:val="24"/>
          <w:szCs w:val="24"/>
        </w:rPr>
      </w:pPr>
      <w:r w:rsidRPr="001576E5">
        <w:rPr>
          <w:rFonts w:cstheme="minorHAnsi"/>
          <w:sz w:val="24"/>
          <w:szCs w:val="24"/>
        </w:rPr>
        <w:t xml:space="preserve">January </w:t>
      </w:r>
      <w:r>
        <w:rPr>
          <w:rFonts w:cstheme="minorHAnsi"/>
          <w:sz w:val="24"/>
          <w:szCs w:val="24"/>
        </w:rPr>
        <w:t xml:space="preserve"> 2      </w:t>
      </w:r>
      <w:r w:rsidR="00F73DA4">
        <w:rPr>
          <w:rFonts w:cstheme="minorHAnsi"/>
          <w:sz w:val="24"/>
          <w:szCs w:val="24"/>
        </w:rPr>
        <w:t xml:space="preserve">  </w:t>
      </w:r>
      <w:r w:rsidR="00BC3EFA">
        <w:rPr>
          <w:rFonts w:cstheme="minorHAnsi"/>
          <w:sz w:val="24"/>
          <w:szCs w:val="24"/>
        </w:rPr>
        <w:t xml:space="preserve">Parkland   </w:t>
      </w:r>
      <w:r>
        <w:rPr>
          <w:rFonts w:cstheme="minorHAnsi"/>
          <w:sz w:val="24"/>
          <w:szCs w:val="24"/>
        </w:rPr>
        <w:t xml:space="preserve">              </w:t>
      </w:r>
      <w:r w:rsidR="00430C2B">
        <w:rPr>
          <w:rFonts w:cstheme="minorHAnsi"/>
          <w:sz w:val="24"/>
          <w:szCs w:val="24"/>
        </w:rPr>
        <w:t xml:space="preserve">   </w:t>
      </w:r>
      <w:r>
        <w:rPr>
          <w:rFonts w:cstheme="minorHAnsi"/>
          <w:sz w:val="24"/>
          <w:szCs w:val="24"/>
        </w:rPr>
        <w:t xml:space="preserve">6 tee times      </w:t>
      </w:r>
      <w:r w:rsidR="00F73DA4">
        <w:rPr>
          <w:rFonts w:cstheme="minorHAnsi"/>
          <w:sz w:val="24"/>
          <w:szCs w:val="24"/>
        </w:rPr>
        <w:t xml:space="preserve">     </w:t>
      </w:r>
      <w:r>
        <w:rPr>
          <w:rFonts w:cstheme="minorHAnsi"/>
          <w:sz w:val="24"/>
          <w:szCs w:val="24"/>
        </w:rPr>
        <w:t xml:space="preserve">double tee      </w:t>
      </w:r>
      <w:r w:rsidR="00D812E1">
        <w:rPr>
          <w:rFonts w:cstheme="minorHAnsi"/>
          <w:sz w:val="24"/>
          <w:szCs w:val="24"/>
        </w:rPr>
        <w:t xml:space="preserve">  </w:t>
      </w:r>
      <w:r w:rsidR="00F73DA4">
        <w:rPr>
          <w:rFonts w:cstheme="minorHAnsi"/>
          <w:sz w:val="24"/>
          <w:szCs w:val="24"/>
        </w:rPr>
        <w:t xml:space="preserve">    </w:t>
      </w:r>
      <w:r>
        <w:rPr>
          <w:rFonts w:cstheme="minorHAnsi"/>
          <w:sz w:val="24"/>
          <w:szCs w:val="24"/>
        </w:rPr>
        <w:t>8:28</w:t>
      </w:r>
    </w:p>
    <w:p w14:paraId="273CF7CD" w14:textId="33A42D1A" w:rsidR="006017C5" w:rsidRDefault="006017C5" w:rsidP="006017C5">
      <w:pPr>
        <w:rPr>
          <w:rFonts w:cstheme="minorHAnsi"/>
          <w:sz w:val="24"/>
          <w:szCs w:val="24"/>
        </w:rPr>
      </w:pPr>
      <w:r>
        <w:rPr>
          <w:rFonts w:cstheme="minorHAnsi"/>
          <w:sz w:val="24"/>
          <w:szCs w:val="24"/>
        </w:rPr>
        <w:t xml:space="preserve">January  9    </w:t>
      </w:r>
      <w:r w:rsidR="00F73DA4">
        <w:rPr>
          <w:rFonts w:cstheme="minorHAnsi"/>
          <w:sz w:val="24"/>
          <w:szCs w:val="24"/>
        </w:rPr>
        <w:t xml:space="preserve">   </w:t>
      </w:r>
      <w:r>
        <w:rPr>
          <w:rFonts w:cstheme="minorHAnsi"/>
          <w:sz w:val="24"/>
          <w:szCs w:val="24"/>
        </w:rPr>
        <w:t xml:space="preserve">Meadowlands          </w:t>
      </w:r>
      <w:r w:rsidR="00430C2B">
        <w:rPr>
          <w:rFonts w:cstheme="minorHAnsi"/>
          <w:sz w:val="24"/>
          <w:szCs w:val="24"/>
        </w:rPr>
        <w:t xml:space="preserve"> </w:t>
      </w:r>
      <w:r>
        <w:rPr>
          <w:rFonts w:cstheme="minorHAnsi"/>
          <w:sz w:val="24"/>
          <w:szCs w:val="24"/>
        </w:rPr>
        <w:t xml:space="preserve">6 tee times      </w:t>
      </w:r>
      <w:r w:rsidR="004C6E2D">
        <w:rPr>
          <w:rFonts w:cstheme="minorHAnsi"/>
          <w:sz w:val="24"/>
          <w:szCs w:val="24"/>
        </w:rPr>
        <w:t xml:space="preserve">    </w:t>
      </w:r>
      <w:r>
        <w:rPr>
          <w:rFonts w:cstheme="minorHAnsi"/>
          <w:sz w:val="24"/>
          <w:szCs w:val="24"/>
        </w:rPr>
        <w:t xml:space="preserve"> double tee     </w:t>
      </w:r>
      <w:r w:rsidR="00D812E1">
        <w:rPr>
          <w:rFonts w:cstheme="minorHAnsi"/>
          <w:sz w:val="24"/>
          <w:szCs w:val="24"/>
        </w:rPr>
        <w:t xml:space="preserve"> </w:t>
      </w:r>
      <w:r w:rsidR="004C6E2D">
        <w:rPr>
          <w:rFonts w:cstheme="minorHAnsi"/>
          <w:sz w:val="24"/>
          <w:szCs w:val="24"/>
        </w:rPr>
        <w:t xml:space="preserve">      </w:t>
      </w:r>
      <w:r>
        <w:rPr>
          <w:rFonts w:cstheme="minorHAnsi"/>
          <w:sz w:val="24"/>
          <w:szCs w:val="24"/>
        </w:rPr>
        <w:t>9:32</w:t>
      </w:r>
    </w:p>
    <w:p w14:paraId="68FB4225" w14:textId="60BC2CF4" w:rsidR="006017C5" w:rsidRDefault="006017C5" w:rsidP="006017C5">
      <w:pPr>
        <w:rPr>
          <w:rFonts w:cstheme="minorHAnsi"/>
          <w:sz w:val="24"/>
          <w:szCs w:val="24"/>
        </w:rPr>
      </w:pPr>
      <w:r>
        <w:rPr>
          <w:rFonts w:cstheme="minorHAnsi"/>
          <w:sz w:val="24"/>
          <w:szCs w:val="24"/>
        </w:rPr>
        <w:t xml:space="preserve">January 16  </w:t>
      </w:r>
      <w:r w:rsidR="004C6E2D">
        <w:rPr>
          <w:rFonts w:cstheme="minorHAnsi"/>
          <w:sz w:val="24"/>
          <w:szCs w:val="24"/>
        </w:rPr>
        <w:t xml:space="preserve">  </w:t>
      </w:r>
      <w:r>
        <w:rPr>
          <w:rFonts w:cstheme="minorHAnsi"/>
          <w:sz w:val="24"/>
          <w:szCs w:val="24"/>
        </w:rPr>
        <w:t xml:space="preserve"> Whisper Pines       </w:t>
      </w:r>
      <w:r w:rsidR="00430C2B">
        <w:rPr>
          <w:rFonts w:cstheme="minorHAnsi"/>
          <w:sz w:val="24"/>
          <w:szCs w:val="24"/>
        </w:rPr>
        <w:t xml:space="preserve">   </w:t>
      </w:r>
      <w:r w:rsidR="004C6E2D">
        <w:rPr>
          <w:rFonts w:cstheme="minorHAnsi"/>
          <w:sz w:val="24"/>
          <w:szCs w:val="24"/>
        </w:rPr>
        <w:t xml:space="preserve"> </w:t>
      </w:r>
      <w:r>
        <w:rPr>
          <w:rFonts w:cstheme="minorHAnsi"/>
          <w:sz w:val="24"/>
          <w:szCs w:val="24"/>
        </w:rPr>
        <w:t xml:space="preserve">6 tee times       </w:t>
      </w:r>
      <w:r w:rsidR="004C6E2D">
        <w:rPr>
          <w:rFonts w:cstheme="minorHAnsi"/>
          <w:sz w:val="24"/>
          <w:szCs w:val="24"/>
        </w:rPr>
        <w:t xml:space="preserve">    </w:t>
      </w:r>
      <w:r>
        <w:rPr>
          <w:rFonts w:cstheme="minorHAnsi"/>
          <w:sz w:val="24"/>
          <w:szCs w:val="24"/>
        </w:rPr>
        <w:t xml:space="preserve">single tee        </w:t>
      </w:r>
      <w:r w:rsidR="00D812E1">
        <w:rPr>
          <w:rFonts w:cstheme="minorHAnsi"/>
          <w:sz w:val="24"/>
          <w:szCs w:val="24"/>
        </w:rPr>
        <w:t xml:space="preserve"> </w:t>
      </w:r>
      <w:r w:rsidR="004C6E2D">
        <w:rPr>
          <w:rFonts w:cstheme="minorHAnsi"/>
          <w:sz w:val="24"/>
          <w:szCs w:val="24"/>
        </w:rPr>
        <w:t xml:space="preserve">    </w:t>
      </w:r>
      <w:r w:rsidR="00CE38CA">
        <w:rPr>
          <w:rFonts w:cstheme="minorHAnsi"/>
          <w:sz w:val="24"/>
          <w:szCs w:val="24"/>
        </w:rPr>
        <w:t xml:space="preserve"> </w:t>
      </w:r>
      <w:r>
        <w:rPr>
          <w:rFonts w:cstheme="minorHAnsi"/>
          <w:sz w:val="24"/>
          <w:szCs w:val="24"/>
        </w:rPr>
        <w:t xml:space="preserve">9:00   </w:t>
      </w:r>
    </w:p>
    <w:p w14:paraId="0A257B02" w14:textId="127366E9" w:rsidR="006017C5" w:rsidRDefault="006017C5" w:rsidP="006017C5">
      <w:pPr>
        <w:rPr>
          <w:rFonts w:cstheme="minorHAnsi"/>
          <w:sz w:val="24"/>
          <w:szCs w:val="24"/>
        </w:rPr>
      </w:pPr>
      <w:r>
        <w:rPr>
          <w:rFonts w:cstheme="minorHAnsi"/>
          <w:sz w:val="24"/>
          <w:szCs w:val="24"/>
        </w:rPr>
        <w:t xml:space="preserve">January 23  </w:t>
      </w:r>
      <w:r w:rsidR="00CE38CA">
        <w:rPr>
          <w:rFonts w:cstheme="minorHAnsi"/>
          <w:sz w:val="24"/>
          <w:szCs w:val="24"/>
        </w:rPr>
        <w:t xml:space="preserve">  </w:t>
      </w:r>
      <w:r>
        <w:rPr>
          <w:rFonts w:cstheme="minorHAnsi"/>
          <w:sz w:val="24"/>
          <w:szCs w:val="24"/>
        </w:rPr>
        <w:t xml:space="preserve"> Brunswick                </w:t>
      </w:r>
      <w:r w:rsidR="00430C2B">
        <w:rPr>
          <w:rFonts w:cstheme="minorHAnsi"/>
          <w:sz w:val="24"/>
          <w:szCs w:val="24"/>
        </w:rPr>
        <w:t xml:space="preserve"> </w:t>
      </w:r>
      <w:r>
        <w:rPr>
          <w:rFonts w:cstheme="minorHAnsi"/>
          <w:sz w:val="24"/>
          <w:szCs w:val="24"/>
        </w:rPr>
        <w:t xml:space="preserve"> 6 tee times       </w:t>
      </w:r>
      <w:r w:rsidR="00CE38CA">
        <w:rPr>
          <w:rFonts w:cstheme="minorHAnsi"/>
          <w:sz w:val="24"/>
          <w:szCs w:val="24"/>
        </w:rPr>
        <w:t xml:space="preserve">    </w:t>
      </w:r>
      <w:r>
        <w:rPr>
          <w:rFonts w:cstheme="minorHAnsi"/>
          <w:sz w:val="24"/>
          <w:szCs w:val="24"/>
        </w:rPr>
        <w:t xml:space="preserve">single tee       </w:t>
      </w:r>
      <w:r w:rsidR="00D812E1">
        <w:rPr>
          <w:rFonts w:cstheme="minorHAnsi"/>
          <w:sz w:val="24"/>
          <w:szCs w:val="24"/>
        </w:rPr>
        <w:t xml:space="preserve"> </w:t>
      </w:r>
      <w:r w:rsidR="00CE38CA">
        <w:rPr>
          <w:rFonts w:cstheme="minorHAnsi"/>
          <w:sz w:val="24"/>
          <w:szCs w:val="24"/>
        </w:rPr>
        <w:t xml:space="preserve">      </w:t>
      </w:r>
      <w:r>
        <w:rPr>
          <w:rFonts w:cstheme="minorHAnsi"/>
          <w:sz w:val="24"/>
          <w:szCs w:val="24"/>
        </w:rPr>
        <w:t>9:40</w:t>
      </w:r>
    </w:p>
    <w:p w14:paraId="5AECAEFA" w14:textId="5FA1F986" w:rsidR="006017C5" w:rsidRDefault="006017C5" w:rsidP="006017C5">
      <w:pPr>
        <w:rPr>
          <w:rFonts w:cstheme="minorHAnsi"/>
          <w:sz w:val="24"/>
          <w:szCs w:val="24"/>
        </w:rPr>
      </w:pPr>
      <w:r>
        <w:rPr>
          <w:rFonts w:cstheme="minorHAnsi"/>
          <w:sz w:val="24"/>
          <w:szCs w:val="24"/>
        </w:rPr>
        <w:t xml:space="preserve">January 30     Heathland              </w:t>
      </w:r>
      <w:r w:rsidR="00430C2B">
        <w:rPr>
          <w:rFonts w:cstheme="minorHAnsi"/>
          <w:sz w:val="24"/>
          <w:szCs w:val="24"/>
        </w:rPr>
        <w:t xml:space="preserve">    </w:t>
      </w:r>
      <w:r>
        <w:rPr>
          <w:rFonts w:cstheme="minorHAnsi"/>
          <w:sz w:val="24"/>
          <w:szCs w:val="24"/>
        </w:rPr>
        <w:t xml:space="preserve">6 tee times       </w:t>
      </w:r>
      <w:r w:rsidR="00CE38CA">
        <w:rPr>
          <w:rFonts w:cstheme="minorHAnsi"/>
          <w:sz w:val="24"/>
          <w:szCs w:val="24"/>
        </w:rPr>
        <w:t xml:space="preserve">     </w:t>
      </w:r>
      <w:r>
        <w:rPr>
          <w:rFonts w:cstheme="minorHAnsi"/>
          <w:sz w:val="24"/>
          <w:szCs w:val="24"/>
        </w:rPr>
        <w:t xml:space="preserve">double tee     </w:t>
      </w:r>
      <w:r w:rsidR="00D812E1">
        <w:rPr>
          <w:rFonts w:cstheme="minorHAnsi"/>
          <w:sz w:val="24"/>
          <w:szCs w:val="24"/>
        </w:rPr>
        <w:t xml:space="preserve">  </w:t>
      </w:r>
      <w:r>
        <w:rPr>
          <w:rFonts w:cstheme="minorHAnsi"/>
          <w:sz w:val="24"/>
          <w:szCs w:val="24"/>
        </w:rPr>
        <w:t xml:space="preserve"> </w:t>
      </w:r>
      <w:r w:rsidR="00CE38CA">
        <w:rPr>
          <w:rFonts w:cstheme="minorHAnsi"/>
          <w:sz w:val="24"/>
          <w:szCs w:val="24"/>
        </w:rPr>
        <w:t xml:space="preserve">    </w:t>
      </w:r>
      <w:r>
        <w:rPr>
          <w:rFonts w:cstheme="minorHAnsi"/>
          <w:sz w:val="24"/>
          <w:szCs w:val="24"/>
        </w:rPr>
        <w:t xml:space="preserve">8:28             </w:t>
      </w:r>
    </w:p>
    <w:p w14:paraId="45018FF3" w14:textId="17102192" w:rsidR="006017C5" w:rsidRDefault="006017C5" w:rsidP="006017C5">
      <w:pPr>
        <w:rPr>
          <w:rFonts w:cstheme="minorHAnsi"/>
          <w:sz w:val="24"/>
          <w:szCs w:val="24"/>
        </w:rPr>
      </w:pPr>
      <w:r>
        <w:rPr>
          <w:rFonts w:cstheme="minorHAnsi"/>
          <w:sz w:val="24"/>
          <w:szCs w:val="24"/>
        </w:rPr>
        <w:t xml:space="preserve">February  6   Meadowlands       </w:t>
      </w:r>
      <w:r w:rsidR="00430C2B">
        <w:rPr>
          <w:rFonts w:cstheme="minorHAnsi"/>
          <w:sz w:val="24"/>
          <w:szCs w:val="24"/>
        </w:rPr>
        <w:t xml:space="preserve">    </w:t>
      </w:r>
      <w:r w:rsidR="00CE38CA">
        <w:rPr>
          <w:rFonts w:cstheme="minorHAnsi"/>
          <w:sz w:val="24"/>
          <w:szCs w:val="24"/>
        </w:rPr>
        <w:t xml:space="preserve"> </w:t>
      </w:r>
      <w:r>
        <w:rPr>
          <w:rFonts w:cstheme="minorHAnsi"/>
          <w:sz w:val="24"/>
          <w:szCs w:val="24"/>
        </w:rPr>
        <w:t xml:space="preserve">6 tee times       </w:t>
      </w:r>
      <w:r w:rsidR="00CE38CA">
        <w:rPr>
          <w:rFonts w:cstheme="minorHAnsi"/>
          <w:sz w:val="24"/>
          <w:szCs w:val="24"/>
        </w:rPr>
        <w:t xml:space="preserve">     </w:t>
      </w:r>
      <w:r>
        <w:rPr>
          <w:rFonts w:cstheme="minorHAnsi"/>
          <w:sz w:val="24"/>
          <w:szCs w:val="24"/>
        </w:rPr>
        <w:t xml:space="preserve">double tee     </w:t>
      </w:r>
      <w:r w:rsidR="00D812E1">
        <w:rPr>
          <w:rFonts w:cstheme="minorHAnsi"/>
          <w:sz w:val="24"/>
          <w:szCs w:val="24"/>
        </w:rPr>
        <w:t xml:space="preserve"> </w:t>
      </w:r>
      <w:r>
        <w:rPr>
          <w:rFonts w:cstheme="minorHAnsi"/>
          <w:sz w:val="24"/>
          <w:szCs w:val="24"/>
        </w:rPr>
        <w:t xml:space="preserve"> </w:t>
      </w:r>
      <w:r w:rsidR="00CE38CA">
        <w:rPr>
          <w:rFonts w:cstheme="minorHAnsi"/>
          <w:sz w:val="24"/>
          <w:szCs w:val="24"/>
        </w:rPr>
        <w:t xml:space="preserve">     </w:t>
      </w:r>
      <w:r>
        <w:rPr>
          <w:rFonts w:cstheme="minorHAnsi"/>
          <w:sz w:val="24"/>
          <w:szCs w:val="24"/>
        </w:rPr>
        <w:t>8:32</w:t>
      </w:r>
    </w:p>
    <w:p w14:paraId="67FC4307" w14:textId="4FF41636" w:rsidR="006017C5" w:rsidRDefault="006017C5" w:rsidP="006017C5">
      <w:pPr>
        <w:rPr>
          <w:rFonts w:cstheme="minorHAnsi"/>
          <w:sz w:val="24"/>
          <w:szCs w:val="24"/>
        </w:rPr>
      </w:pPr>
      <w:r>
        <w:rPr>
          <w:rFonts w:cstheme="minorHAnsi"/>
          <w:sz w:val="24"/>
          <w:szCs w:val="24"/>
        </w:rPr>
        <w:t xml:space="preserve">February 13  Whisper Pines      </w:t>
      </w:r>
      <w:r w:rsidR="00430C2B">
        <w:rPr>
          <w:rFonts w:cstheme="minorHAnsi"/>
          <w:sz w:val="24"/>
          <w:szCs w:val="24"/>
        </w:rPr>
        <w:t xml:space="preserve">    </w:t>
      </w:r>
      <w:r>
        <w:rPr>
          <w:rFonts w:cstheme="minorHAnsi"/>
          <w:sz w:val="24"/>
          <w:szCs w:val="24"/>
        </w:rPr>
        <w:t xml:space="preserve">6 tee times      </w:t>
      </w:r>
      <w:r w:rsidR="00B403C0">
        <w:rPr>
          <w:rFonts w:cstheme="minorHAnsi"/>
          <w:sz w:val="24"/>
          <w:szCs w:val="24"/>
        </w:rPr>
        <w:t xml:space="preserve">     </w:t>
      </w:r>
      <w:r>
        <w:rPr>
          <w:rFonts w:cstheme="minorHAnsi"/>
          <w:sz w:val="24"/>
          <w:szCs w:val="24"/>
        </w:rPr>
        <w:t xml:space="preserve"> single tee        </w:t>
      </w:r>
      <w:r w:rsidR="00D812E1">
        <w:rPr>
          <w:rFonts w:cstheme="minorHAnsi"/>
          <w:sz w:val="24"/>
          <w:szCs w:val="24"/>
        </w:rPr>
        <w:t xml:space="preserve"> </w:t>
      </w:r>
      <w:r w:rsidR="00B403C0">
        <w:rPr>
          <w:rFonts w:cstheme="minorHAnsi"/>
          <w:sz w:val="24"/>
          <w:szCs w:val="24"/>
        </w:rPr>
        <w:t xml:space="preserve">     </w:t>
      </w:r>
      <w:r>
        <w:rPr>
          <w:rFonts w:cstheme="minorHAnsi"/>
          <w:sz w:val="24"/>
          <w:szCs w:val="24"/>
        </w:rPr>
        <w:t>9:00</w:t>
      </w:r>
    </w:p>
    <w:p w14:paraId="53A45702" w14:textId="12ADF0D7" w:rsidR="006017C5" w:rsidRDefault="006017C5" w:rsidP="006017C5">
      <w:pPr>
        <w:rPr>
          <w:rFonts w:cstheme="minorHAnsi"/>
          <w:sz w:val="24"/>
          <w:szCs w:val="24"/>
        </w:rPr>
      </w:pPr>
      <w:r>
        <w:rPr>
          <w:rFonts w:cstheme="minorHAnsi"/>
          <w:sz w:val="24"/>
          <w:szCs w:val="24"/>
        </w:rPr>
        <w:lastRenderedPageBreak/>
        <w:t xml:space="preserve">February 20   Brunswick              </w:t>
      </w:r>
      <w:r w:rsidR="00430C2B">
        <w:rPr>
          <w:rFonts w:cstheme="minorHAnsi"/>
          <w:sz w:val="24"/>
          <w:szCs w:val="24"/>
        </w:rPr>
        <w:t xml:space="preserve">  </w:t>
      </w:r>
      <w:r>
        <w:rPr>
          <w:rFonts w:cstheme="minorHAnsi"/>
          <w:sz w:val="24"/>
          <w:szCs w:val="24"/>
        </w:rPr>
        <w:t xml:space="preserve">6 tee times       </w:t>
      </w:r>
      <w:r w:rsidR="00B403C0">
        <w:rPr>
          <w:rFonts w:cstheme="minorHAnsi"/>
          <w:sz w:val="24"/>
          <w:szCs w:val="24"/>
        </w:rPr>
        <w:t xml:space="preserve">      </w:t>
      </w:r>
      <w:r>
        <w:rPr>
          <w:rFonts w:cstheme="minorHAnsi"/>
          <w:sz w:val="24"/>
          <w:szCs w:val="24"/>
        </w:rPr>
        <w:t xml:space="preserve">single tee       </w:t>
      </w:r>
      <w:r w:rsidR="00D812E1">
        <w:rPr>
          <w:rFonts w:cstheme="minorHAnsi"/>
          <w:sz w:val="24"/>
          <w:szCs w:val="24"/>
        </w:rPr>
        <w:t xml:space="preserve"> </w:t>
      </w:r>
      <w:r w:rsidR="00B403C0">
        <w:rPr>
          <w:rFonts w:cstheme="minorHAnsi"/>
          <w:sz w:val="24"/>
          <w:szCs w:val="24"/>
        </w:rPr>
        <w:t xml:space="preserve">     </w:t>
      </w:r>
      <w:r>
        <w:rPr>
          <w:rFonts w:cstheme="minorHAnsi"/>
          <w:sz w:val="24"/>
          <w:szCs w:val="24"/>
        </w:rPr>
        <w:t>9:32</w:t>
      </w:r>
    </w:p>
    <w:p w14:paraId="62AABE0B" w14:textId="72FB0A63" w:rsidR="006017C5" w:rsidRDefault="006017C5" w:rsidP="006017C5">
      <w:pPr>
        <w:rPr>
          <w:rFonts w:cstheme="minorHAnsi"/>
          <w:sz w:val="24"/>
          <w:szCs w:val="24"/>
        </w:rPr>
      </w:pPr>
      <w:r>
        <w:rPr>
          <w:rFonts w:cstheme="minorHAnsi"/>
          <w:sz w:val="24"/>
          <w:szCs w:val="24"/>
        </w:rPr>
        <w:t xml:space="preserve">February 27   Parkland                 </w:t>
      </w:r>
      <w:r w:rsidR="00430C2B">
        <w:rPr>
          <w:rFonts w:cstheme="minorHAnsi"/>
          <w:sz w:val="24"/>
          <w:szCs w:val="24"/>
        </w:rPr>
        <w:t xml:space="preserve">   </w:t>
      </w:r>
      <w:r>
        <w:rPr>
          <w:rFonts w:cstheme="minorHAnsi"/>
          <w:sz w:val="24"/>
          <w:szCs w:val="24"/>
        </w:rPr>
        <w:t xml:space="preserve">6 tee times      </w:t>
      </w:r>
      <w:r w:rsidR="00B403C0">
        <w:rPr>
          <w:rFonts w:cstheme="minorHAnsi"/>
          <w:sz w:val="24"/>
          <w:szCs w:val="24"/>
        </w:rPr>
        <w:t xml:space="preserve">    </w:t>
      </w:r>
      <w:r>
        <w:rPr>
          <w:rFonts w:cstheme="minorHAnsi"/>
          <w:sz w:val="24"/>
          <w:szCs w:val="24"/>
        </w:rPr>
        <w:t xml:space="preserve"> double tee     </w:t>
      </w:r>
      <w:r w:rsidR="00D812E1">
        <w:rPr>
          <w:rFonts w:cstheme="minorHAnsi"/>
          <w:sz w:val="24"/>
          <w:szCs w:val="24"/>
        </w:rPr>
        <w:t xml:space="preserve"> </w:t>
      </w:r>
      <w:r w:rsidR="00B403C0">
        <w:rPr>
          <w:rFonts w:cstheme="minorHAnsi"/>
          <w:sz w:val="24"/>
          <w:szCs w:val="24"/>
        </w:rPr>
        <w:t xml:space="preserve">     </w:t>
      </w:r>
      <w:r>
        <w:rPr>
          <w:rFonts w:cstheme="minorHAnsi"/>
          <w:sz w:val="24"/>
          <w:szCs w:val="24"/>
        </w:rPr>
        <w:t xml:space="preserve"> 8:28</w:t>
      </w:r>
    </w:p>
    <w:p w14:paraId="4B498F6D" w14:textId="5025E7B0" w:rsidR="006017C5" w:rsidRDefault="006017C5" w:rsidP="006017C5">
      <w:pPr>
        <w:rPr>
          <w:rFonts w:cstheme="minorHAnsi"/>
          <w:sz w:val="24"/>
          <w:szCs w:val="24"/>
        </w:rPr>
      </w:pPr>
      <w:r>
        <w:rPr>
          <w:rFonts w:cstheme="minorHAnsi"/>
          <w:sz w:val="24"/>
          <w:szCs w:val="24"/>
        </w:rPr>
        <w:t xml:space="preserve">March  6       </w:t>
      </w:r>
      <w:r w:rsidR="00B403C0">
        <w:rPr>
          <w:rFonts w:cstheme="minorHAnsi"/>
          <w:sz w:val="24"/>
          <w:szCs w:val="24"/>
        </w:rPr>
        <w:t xml:space="preserve"> </w:t>
      </w:r>
      <w:r>
        <w:rPr>
          <w:rFonts w:cstheme="minorHAnsi"/>
          <w:sz w:val="24"/>
          <w:szCs w:val="24"/>
        </w:rPr>
        <w:t xml:space="preserve">Myrtlewood  </w:t>
      </w:r>
      <w:r w:rsidR="00430C2B">
        <w:rPr>
          <w:rFonts w:cstheme="minorHAnsi"/>
          <w:sz w:val="24"/>
          <w:szCs w:val="24"/>
        </w:rPr>
        <w:t>Palm</w:t>
      </w:r>
      <w:r>
        <w:rPr>
          <w:rFonts w:cstheme="minorHAnsi"/>
          <w:sz w:val="24"/>
          <w:szCs w:val="24"/>
        </w:rPr>
        <w:t xml:space="preserve">    6 tee times       </w:t>
      </w:r>
      <w:r w:rsidR="006E2DA1">
        <w:rPr>
          <w:rFonts w:cstheme="minorHAnsi"/>
          <w:sz w:val="24"/>
          <w:szCs w:val="24"/>
        </w:rPr>
        <w:t xml:space="preserve">     </w:t>
      </w:r>
      <w:r>
        <w:rPr>
          <w:rFonts w:cstheme="minorHAnsi"/>
          <w:sz w:val="24"/>
          <w:szCs w:val="24"/>
        </w:rPr>
        <w:t xml:space="preserve">single tee       </w:t>
      </w:r>
      <w:r w:rsidR="00D812E1">
        <w:rPr>
          <w:rFonts w:cstheme="minorHAnsi"/>
          <w:sz w:val="24"/>
          <w:szCs w:val="24"/>
        </w:rPr>
        <w:t xml:space="preserve"> </w:t>
      </w:r>
      <w:r w:rsidR="006E2DA1">
        <w:rPr>
          <w:rFonts w:cstheme="minorHAnsi"/>
          <w:sz w:val="24"/>
          <w:szCs w:val="24"/>
        </w:rPr>
        <w:t xml:space="preserve">    </w:t>
      </w:r>
      <w:r>
        <w:rPr>
          <w:rFonts w:cstheme="minorHAnsi"/>
          <w:sz w:val="24"/>
          <w:szCs w:val="24"/>
        </w:rPr>
        <w:t xml:space="preserve"> 8:42</w:t>
      </w:r>
    </w:p>
    <w:p w14:paraId="601023DC" w14:textId="3EB7F5B2" w:rsidR="006017C5" w:rsidRDefault="006017C5" w:rsidP="006017C5">
      <w:pPr>
        <w:rPr>
          <w:rFonts w:cstheme="minorHAnsi"/>
          <w:sz w:val="24"/>
          <w:szCs w:val="24"/>
        </w:rPr>
      </w:pPr>
      <w:r>
        <w:rPr>
          <w:rFonts w:cstheme="minorHAnsi"/>
          <w:sz w:val="24"/>
          <w:szCs w:val="24"/>
        </w:rPr>
        <w:t xml:space="preserve">March 13      Whisper Pines      </w:t>
      </w:r>
      <w:r w:rsidR="00430C2B">
        <w:rPr>
          <w:rFonts w:cstheme="minorHAnsi"/>
          <w:sz w:val="24"/>
          <w:szCs w:val="24"/>
        </w:rPr>
        <w:t xml:space="preserve">     </w:t>
      </w:r>
      <w:r>
        <w:rPr>
          <w:rFonts w:cstheme="minorHAnsi"/>
          <w:sz w:val="24"/>
          <w:szCs w:val="24"/>
        </w:rPr>
        <w:t xml:space="preserve"> 6 tee times      </w:t>
      </w:r>
      <w:r w:rsidR="006E2DA1">
        <w:rPr>
          <w:rFonts w:cstheme="minorHAnsi"/>
          <w:sz w:val="24"/>
          <w:szCs w:val="24"/>
        </w:rPr>
        <w:t xml:space="preserve">     </w:t>
      </w:r>
      <w:r>
        <w:rPr>
          <w:rFonts w:cstheme="minorHAnsi"/>
          <w:sz w:val="24"/>
          <w:szCs w:val="24"/>
        </w:rPr>
        <w:t xml:space="preserve"> single tee       </w:t>
      </w:r>
      <w:r w:rsidR="00D812E1">
        <w:rPr>
          <w:rFonts w:cstheme="minorHAnsi"/>
          <w:sz w:val="24"/>
          <w:szCs w:val="24"/>
        </w:rPr>
        <w:t xml:space="preserve">  </w:t>
      </w:r>
      <w:r>
        <w:rPr>
          <w:rFonts w:cstheme="minorHAnsi"/>
          <w:sz w:val="24"/>
          <w:szCs w:val="24"/>
        </w:rPr>
        <w:t xml:space="preserve"> </w:t>
      </w:r>
      <w:r w:rsidR="006E2DA1">
        <w:rPr>
          <w:rFonts w:cstheme="minorHAnsi"/>
          <w:sz w:val="24"/>
          <w:szCs w:val="24"/>
        </w:rPr>
        <w:t xml:space="preserve">   </w:t>
      </w:r>
      <w:r>
        <w:rPr>
          <w:rFonts w:cstheme="minorHAnsi"/>
          <w:sz w:val="24"/>
          <w:szCs w:val="24"/>
        </w:rPr>
        <w:t>9:00</w:t>
      </w:r>
    </w:p>
    <w:p w14:paraId="663C91E6" w14:textId="0C8A778B" w:rsidR="006017C5" w:rsidRDefault="006017C5" w:rsidP="006017C5">
      <w:pPr>
        <w:rPr>
          <w:rFonts w:cstheme="minorHAnsi"/>
          <w:sz w:val="24"/>
          <w:szCs w:val="24"/>
        </w:rPr>
      </w:pPr>
      <w:r>
        <w:rPr>
          <w:rFonts w:cstheme="minorHAnsi"/>
          <w:sz w:val="24"/>
          <w:szCs w:val="24"/>
        </w:rPr>
        <w:t xml:space="preserve">March 20      Brunswick                 </w:t>
      </w:r>
      <w:r w:rsidR="00430C2B">
        <w:rPr>
          <w:rFonts w:cstheme="minorHAnsi"/>
          <w:sz w:val="24"/>
          <w:szCs w:val="24"/>
        </w:rPr>
        <w:t xml:space="preserve">  </w:t>
      </w:r>
      <w:r>
        <w:rPr>
          <w:rFonts w:cstheme="minorHAnsi"/>
          <w:sz w:val="24"/>
          <w:szCs w:val="24"/>
        </w:rPr>
        <w:t xml:space="preserve">6 tee times      </w:t>
      </w:r>
      <w:r w:rsidR="006E2DA1">
        <w:rPr>
          <w:rFonts w:cstheme="minorHAnsi"/>
          <w:sz w:val="24"/>
          <w:szCs w:val="24"/>
        </w:rPr>
        <w:t xml:space="preserve">     </w:t>
      </w:r>
      <w:r>
        <w:rPr>
          <w:rFonts w:cstheme="minorHAnsi"/>
          <w:sz w:val="24"/>
          <w:szCs w:val="24"/>
        </w:rPr>
        <w:t xml:space="preserve"> single tee       </w:t>
      </w:r>
      <w:r w:rsidR="00D812E1">
        <w:rPr>
          <w:rFonts w:cstheme="minorHAnsi"/>
          <w:sz w:val="24"/>
          <w:szCs w:val="24"/>
        </w:rPr>
        <w:t xml:space="preserve"> </w:t>
      </w:r>
      <w:r>
        <w:rPr>
          <w:rFonts w:cstheme="minorHAnsi"/>
          <w:sz w:val="24"/>
          <w:szCs w:val="24"/>
        </w:rPr>
        <w:t xml:space="preserve"> </w:t>
      </w:r>
      <w:r w:rsidR="006E2DA1">
        <w:rPr>
          <w:rFonts w:cstheme="minorHAnsi"/>
          <w:sz w:val="24"/>
          <w:szCs w:val="24"/>
        </w:rPr>
        <w:t xml:space="preserve">    </w:t>
      </w:r>
      <w:r>
        <w:rPr>
          <w:rFonts w:cstheme="minorHAnsi"/>
          <w:sz w:val="24"/>
          <w:szCs w:val="24"/>
        </w:rPr>
        <w:t>9:00</w:t>
      </w:r>
    </w:p>
    <w:p w14:paraId="3CB622BC" w14:textId="3C81A801" w:rsidR="006017C5" w:rsidRDefault="006017C5" w:rsidP="006017C5">
      <w:pPr>
        <w:rPr>
          <w:rFonts w:cstheme="minorHAnsi"/>
          <w:sz w:val="24"/>
          <w:szCs w:val="24"/>
        </w:rPr>
      </w:pPr>
      <w:r>
        <w:rPr>
          <w:rFonts w:cstheme="minorHAnsi"/>
          <w:sz w:val="24"/>
          <w:szCs w:val="24"/>
        </w:rPr>
        <w:t xml:space="preserve">March 27      Moorland                   </w:t>
      </w:r>
      <w:r w:rsidR="00430C2B">
        <w:rPr>
          <w:rFonts w:cstheme="minorHAnsi"/>
          <w:sz w:val="24"/>
          <w:szCs w:val="24"/>
        </w:rPr>
        <w:t xml:space="preserve">  </w:t>
      </w:r>
      <w:r>
        <w:rPr>
          <w:rFonts w:cstheme="minorHAnsi"/>
          <w:sz w:val="24"/>
          <w:szCs w:val="24"/>
        </w:rPr>
        <w:t xml:space="preserve">6 tee times       </w:t>
      </w:r>
      <w:r w:rsidR="006E2DA1">
        <w:rPr>
          <w:rFonts w:cstheme="minorHAnsi"/>
          <w:sz w:val="24"/>
          <w:szCs w:val="24"/>
        </w:rPr>
        <w:t xml:space="preserve">    </w:t>
      </w:r>
      <w:r w:rsidR="008D1A42">
        <w:rPr>
          <w:rFonts w:cstheme="minorHAnsi"/>
          <w:sz w:val="24"/>
          <w:szCs w:val="24"/>
        </w:rPr>
        <w:t xml:space="preserve"> </w:t>
      </w:r>
      <w:r>
        <w:rPr>
          <w:rFonts w:cstheme="minorHAnsi"/>
          <w:sz w:val="24"/>
          <w:szCs w:val="24"/>
        </w:rPr>
        <w:t xml:space="preserve">double tee     </w:t>
      </w:r>
      <w:r w:rsidR="00D812E1">
        <w:rPr>
          <w:rFonts w:cstheme="minorHAnsi"/>
          <w:sz w:val="24"/>
          <w:szCs w:val="24"/>
        </w:rPr>
        <w:t xml:space="preserve"> </w:t>
      </w:r>
      <w:r w:rsidR="008D1A42">
        <w:rPr>
          <w:rFonts w:cstheme="minorHAnsi"/>
          <w:sz w:val="24"/>
          <w:szCs w:val="24"/>
        </w:rPr>
        <w:t xml:space="preserve">    </w:t>
      </w:r>
      <w:r w:rsidR="00D812E1">
        <w:rPr>
          <w:rFonts w:cstheme="minorHAnsi"/>
          <w:sz w:val="24"/>
          <w:szCs w:val="24"/>
        </w:rPr>
        <w:t xml:space="preserve"> </w:t>
      </w:r>
      <w:r>
        <w:rPr>
          <w:rFonts w:cstheme="minorHAnsi"/>
          <w:sz w:val="24"/>
          <w:szCs w:val="24"/>
        </w:rPr>
        <w:t xml:space="preserve">7:48  </w:t>
      </w:r>
    </w:p>
    <w:p w14:paraId="325F5BA4" w14:textId="311EAEF8" w:rsidR="006017C5" w:rsidRDefault="006017C5" w:rsidP="006017C5">
      <w:pPr>
        <w:rPr>
          <w:rFonts w:cstheme="minorHAnsi"/>
          <w:sz w:val="24"/>
          <w:szCs w:val="24"/>
        </w:rPr>
      </w:pPr>
      <w:r>
        <w:rPr>
          <w:rFonts w:cstheme="minorHAnsi"/>
          <w:sz w:val="24"/>
          <w:szCs w:val="24"/>
        </w:rPr>
        <w:t xml:space="preserve">April  3          Wild Wing                  </w:t>
      </w:r>
      <w:r w:rsidR="00430C2B">
        <w:rPr>
          <w:rFonts w:cstheme="minorHAnsi"/>
          <w:sz w:val="24"/>
          <w:szCs w:val="24"/>
        </w:rPr>
        <w:t xml:space="preserve"> </w:t>
      </w:r>
      <w:r>
        <w:rPr>
          <w:rFonts w:cstheme="minorHAnsi"/>
          <w:sz w:val="24"/>
          <w:szCs w:val="24"/>
        </w:rPr>
        <w:t xml:space="preserve">6 tee times      </w:t>
      </w:r>
      <w:r w:rsidR="008D1A42">
        <w:rPr>
          <w:rFonts w:cstheme="minorHAnsi"/>
          <w:sz w:val="24"/>
          <w:szCs w:val="24"/>
        </w:rPr>
        <w:t xml:space="preserve">      </w:t>
      </w:r>
      <w:r>
        <w:rPr>
          <w:rFonts w:cstheme="minorHAnsi"/>
          <w:sz w:val="24"/>
          <w:szCs w:val="24"/>
        </w:rPr>
        <w:t xml:space="preserve"> single tee       </w:t>
      </w:r>
      <w:r w:rsidR="008D1A42">
        <w:rPr>
          <w:rFonts w:cstheme="minorHAnsi"/>
          <w:sz w:val="24"/>
          <w:szCs w:val="24"/>
        </w:rPr>
        <w:t xml:space="preserve">    </w:t>
      </w:r>
      <w:r>
        <w:rPr>
          <w:rFonts w:cstheme="minorHAnsi"/>
          <w:sz w:val="24"/>
          <w:szCs w:val="24"/>
        </w:rPr>
        <w:t xml:space="preserve"> 8:24</w:t>
      </w:r>
    </w:p>
    <w:p w14:paraId="0F4B7826" w14:textId="46D4FD86" w:rsidR="006017C5" w:rsidRDefault="006017C5" w:rsidP="006017C5">
      <w:pPr>
        <w:rPr>
          <w:rFonts w:cstheme="minorHAnsi"/>
          <w:sz w:val="24"/>
          <w:szCs w:val="24"/>
        </w:rPr>
      </w:pPr>
      <w:r>
        <w:rPr>
          <w:rFonts w:cstheme="minorHAnsi"/>
          <w:sz w:val="24"/>
          <w:szCs w:val="24"/>
        </w:rPr>
        <w:t xml:space="preserve">April 10         Whisper Pines          </w:t>
      </w:r>
      <w:r w:rsidR="00430C2B">
        <w:rPr>
          <w:rFonts w:cstheme="minorHAnsi"/>
          <w:sz w:val="24"/>
          <w:szCs w:val="24"/>
        </w:rPr>
        <w:t xml:space="preserve"> </w:t>
      </w:r>
      <w:r>
        <w:rPr>
          <w:rFonts w:cstheme="minorHAnsi"/>
          <w:sz w:val="24"/>
          <w:szCs w:val="24"/>
        </w:rPr>
        <w:t xml:space="preserve">6 tee times      </w:t>
      </w:r>
      <w:r w:rsidR="008D1A42">
        <w:rPr>
          <w:rFonts w:cstheme="minorHAnsi"/>
          <w:sz w:val="24"/>
          <w:szCs w:val="24"/>
        </w:rPr>
        <w:t xml:space="preserve">     </w:t>
      </w:r>
      <w:r>
        <w:rPr>
          <w:rFonts w:cstheme="minorHAnsi"/>
          <w:sz w:val="24"/>
          <w:szCs w:val="24"/>
        </w:rPr>
        <w:t xml:space="preserve"> single tee       </w:t>
      </w:r>
      <w:r w:rsidR="00D812E1">
        <w:rPr>
          <w:rFonts w:cstheme="minorHAnsi"/>
          <w:sz w:val="24"/>
          <w:szCs w:val="24"/>
        </w:rPr>
        <w:t xml:space="preserve"> </w:t>
      </w:r>
      <w:r w:rsidR="008D1A42">
        <w:rPr>
          <w:rFonts w:cstheme="minorHAnsi"/>
          <w:sz w:val="24"/>
          <w:szCs w:val="24"/>
        </w:rPr>
        <w:t xml:space="preserve">    </w:t>
      </w:r>
      <w:r>
        <w:rPr>
          <w:rFonts w:cstheme="minorHAnsi"/>
          <w:sz w:val="24"/>
          <w:szCs w:val="24"/>
        </w:rPr>
        <w:t xml:space="preserve"> 9:56</w:t>
      </w:r>
    </w:p>
    <w:p w14:paraId="5C4B8888" w14:textId="012B2495" w:rsidR="007675E7" w:rsidRDefault="00CF4FE7" w:rsidP="006017C5">
      <w:pPr>
        <w:rPr>
          <w:rFonts w:cstheme="minorHAnsi"/>
          <w:sz w:val="24"/>
          <w:szCs w:val="24"/>
        </w:rPr>
      </w:pPr>
      <w:r>
        <w:rPr>
          <w:rFonts w:cstheme="minorHAnsi"/>
          <w:sz w:val="24"/>
          <w:szCs w:val="24"/>
        </w:rPr>
        <w:t>April 17         Pinehurst Week        no event</w:t>
      </w:r>
    </w:p>
    <w:p w14:paraId="5D4D0DEA" w14:textId="0643F802" w:rsidR="006017C5" w:rsidRDefault="006017C5" w:rsidP="006017C5">
      <w:pPr>
        <w:rPr>
          <w:rFonts w:cstheme="minorHAnsi"/>
          <w:sz w:val="24"/>
          <w:szCs w:val="24"/>
        </w:rPr>
      </w:pPr>
      <w:r>
        <w:rPr>
          <w:rFonts w:cstheme="minorHAnsi"/>
          <w:sz w:val="24"/>
          <w:szCs w:val="24"/>
        </w:rPr>
        <w:t xml:space="preserve">April 24         </w:t>
      </w:r>
      <w:r w:rsidR="00F76C27">
        <w:rPr>
          <w:rFonts w:cstheme="minorHAnsi"/>
          <w:sz w:val="24"/>
          <w:szCs w:val="24"/>
        </w:rPr>
        <w:t xml:space="preserve">Azalea Sands            </w:t>
      </w:r>
      <w:r w:rsidR="00430C2B">
        <w:rPr>
          <w:rFonts w:cstheme="minorHAnsi"/>
          <w:sz w:val="24"/>
          <w:szCs w:val="24"/>
        </w:rPr>
        <w:t xml:space="preserve"> </w:t>
      </w:r>
      <w:r w:rsidR="00FF1EDB">
        <w:rPr>
          <w:rFonts w:cstheme="minorHAnsi"/>
          <w:sz w:val="24"/>
          <w:szCs w:val="24"/>
        </w:rPr>
        <w:t xml:space="preserve">6 tee times        </w:t>
      </w:r>
      <w:r w:rsidR="008D1A42">
        <w:rPr>
          <w:rFonts w:cstheme="minorHAnsi"/>
          <w:sz w:val="24"/>
          <w:szCs w:val="24"/>
        </w:rPr>
        <w:t xml:space="preserve">     </w:t>
      </w:r>
      <w:r w:rsidR="00FF1EDB">
        <w:rPr>
          <w:rFonts w:cstheme="minorHAnsi"/>
          <w:sz w:val="24"/>
          <w:szCs w:val="24"/>
        </w:rPr>
        <w:t xml:space="preserve">single tee       </w:t>
      </w:r>
      <w:r w:rsidR="008D1A42">
        <w:rPr>
          <w:rFonts w:cstheme="minorHAnsi"/>
          <w:sz w:val="24"/>
          <w:szCs w:val="24"/>
        </w:rPr>
        <w:t xml:space="preserve">     </w:t>
      </w:r>
      <w:r w:rsidR="00FF1EDB">
        <w:rPr>
          <w:rFonts w:cstheme="minorHAnsi"/>
          <w:sz w:val="24"/>
          <w:szCs w:val="24"/>
        </w:rPr>
        <w:t xml:space="preserve"> 8:42</w:t>
      </w:r>
    </w:p>
    <w:p w14:paraId="701BA81D" w14:textId="61E4CA2A" w:rsidR="006017C5" w:rsidRDefault="006017C5" w:rsidP="006017C5">
      <w:pPr>
        <w:rPr>
          <w:rFonts w:cstheme="minorHAnsi"/>
          <w:sz w:val="24"/>
          <w:szCs w:val="24"/>
        </w:rPr>
      </w:pPr>
      <w:r>
        <w:rPr>
          <w:rFonts w:cstheme="minorHAnsi"/>
          <w:sz w:val="24"/>
          <w:szCs w:val="24"/>
        </w:rPr>
        <w:t xml:space="preserve">May  1            </w:t>
      </w:r>
      <w:r w:rsidR="008D1A42">
        <w:rPr>
          <w:rFonts w:cstheme="minorHAnsi"/>
          <w:sz w:val="24"/>
          <w:szCs w:val="24"/>
        </w:rPr>
        <w:t xml:space="preserve"> </w:t>
      </w:r>
      <w:r w:rsidR="00313C4E">
        <w:rPr>
          <w:rFonts w:cstheme="minorHAnsi"/>
          <w:sz w:val="24"/>
          <w:szCs w:val="24"/>
        </w:rPr>
        <w:t>Colonial Charter</w:t>
      </w:r>
      <w:r w:rsidR="006F4E73">
        <w:rPr>
          <w:rFonts w:cstheme="minorHAnsi"/>
          <w:sz w:val="24"/>
          <w:szCs w:val="24"/>
        </w:rPr>
        <w:t xml:space="preserve">        6 tee times            double tee           </w:t>
      </w:r>
      <w:r w:rsidR="001B3AEE">
        <w:rPr>
          <w:rFonts w:cstheme="minorHAnsi"/>
          <w:sz w:val="24"/>
          <w:szCs w:val="24"/>
        </w:rPr>
        <w:t>8:00</w:t>
      </w:r>
    </w:p>
    <w:p w14:paraId="700D6621" w14:textId="6CC9E505" w:rsidR="006017C5" w:rsidRDefault="006017C5" w:rsidP="006017C5">
      <w:pPr>
        <w:rPr>
          <w:rFonts w:cstheme="minorHAnsi"/>
          <w:sz w:val="24"/>
          <w:szCs w:val="24"/>
        </w:rPr>
      </w:pPr>
      <w:r>
        <w:rPr>
          <w:rFonts w:cstheme="minorHAnsi"/>
          <w:sz w:val="24"/>
          <w:szCs w:val="24"/>
        </w:rPr>
        <w:t xml:space="preserve">May  8          </w:t>
      </w:r>
      <w:r w:rsidR="008D1A42">
        <w:rPr>
          <w:rFonts w:cstheme="minorHAnsi"/>
          <w:sz w:val="24"/>
          <w:szCs w:val="24"/>
        </w:rPr>
        <w:t xml:space="preserve">  </w:t>
      </w:r>
      <w:r>
        <w:rPr>
          <w:rFonts w:cstheme="minorHAnsi"/>
          <w:sz w:val="24"/>
          <w:szCs w:val="24"/>
        </w:rPr>
        <w:t xml:space="preserve"> Whisper Pines           </w:t>
      </w:r>
      <w:r w:rsidR="00F43F39">
        <w:rPr>
          <w:rFonts w:cstheme="minorHAnsi"/>
          <w:sz w:val="24"/>
          <w:szCs w:val="24"/>
        </w:rPr>
        <w:t xml:space="preserve">  </w:t>
      </w:r>
      <w:r>
        <w:rPr>
          <w:rFonts w:cstheme="minorHAnsi"/>
          <w:sz w:val="24"/>
          <w:szCs w:val="24"/>
        </w:rPr>
        <w:t xml:space="preserve">6 tee times       </w:t>
      </w:r>
      <w:r w:rsidR="008D1A42">
        <w:rPr>
          <w:rFonts w:cstheme="minorHAnsi"/>
          <w:sz w:val="24"/>
          <w:szCs w:val="24"/>
        </w:rPr>
        <w:t xml:space="preserve">    </w:t>
      </w:r>
      <w:r>
        <w:rPr>
          <w:rFonts w:cstheme="minorHAnsi"/>
          <w:sz w:val="24"/>
          <w:szCs w:val="24"/>
        </w:rPr>
        <w:t xml:space="preserve">single tee        </w:t>
      </w:r>
      <w:r w:rsidR="00F43F39">
        <w:rPr>
          <w:rFonts w:cstheme="minorHAnsi"/>
          <w:sz w:val="24"/>
          <w:szCs w:val="24"/>
        </w:rPr>
        <w:t xml:space="preserve">   </w:t>
      </w:r>
      <w:r>
        <w:rPr>
          <w:rFonts w:cstheme="minorHAnsi"/>
          <w:sz w:val="24"/>
          <w:szCs w:val="24"/>
        </w:rPr>
        <w:t xml:space="preserve"> 9:00</w:t>
      </w:r>
    </w:p>
    <w:p w14:paraId="4D13FB18" w14:textId="7741369C" w:rsidR="006017C5" w:rsidRDefault="006017C5" w:rsidP="006017C5">
      <w:pPr>
        <w:rPr>
          <w:rFonts w:cstheme="minorHAnsi"/>
          <w:sz w:val="24"/>
          <w:szCs w:val="24"/>
        </w:rPr>
      </w:pPr>
      <w:r>
        <w:rPr>
          <w:rFonts w:cstheme="minorHAnsi"/>
          <w:sz w:val="24"/>
          <w:szCs w:val="24"/>
        </w:rPr>
        <w:t xml:space="preserve">May 15         </w:t>
      </w:r>
      <w:r w:rsidR="00244819">
        <w:rPr>
          <w:rFonts w:cstheme="minorHAnsi"/>
          <w:sz w:val="24"/>
          <w:szCs w:val="24"/>
        </w:rPr>
        <w:t xml:space="preserve">   </w:t>
      </w:r>
      <w:r>
        <w:rPr>
          <w:rFonts w:cstheme="minorHAnsi"/>
          <w:sz w:val="24"/>
          <w:szCs w:val="24"/>
        </w:rPr>
        <w:t xml:space="preserve">Brunswick                 </w:t>
      </w:r>
      <w:r w:rsidR="008D1A42">
        <w:rPr>
          <w:rFonts w:cstheme="minorHAnsi"/>
          <w:sz w:val="24"/>
          <w:szCs w:val="24"/>
        </w:rPr>
        <w:t xml:space="preserve"> </w:t>
      </w:r>
      <w:r>
        <w:rPr>
          <w:rFonts w:cstheme="minorHAnsi"/>
          <w:sz w:val="24"/>
          <w:szCs w:val="24"/>
        </w:rPr>
        <w:t xml:space="preserve">  6 tee times      </w:t>
      </w:r>
      <w:r w:rsidR="008D1A42">
        <w:rPr>
          <w:rFonts w:cstheme="minorHAnsi"/>
          <w:sz w:val="24"/>
          <w:szCs w:val="24"/>
        </w:rPr>
        <w:t xml:space="preserve">    </w:t>
      </w:r>
      <w:r>
        <w:rPr>
          <w:rFonts w:cstheme="minorHAnsi"/>
          <w:sz w:val="24"/>
          <w:szCs w:val="24"/>
        </w:rPr>
        <w:t xml:space="preserve"> single tee         </w:t>
      </w:r>
      <w:r w:rsidR="00D87DAC">
        <w:rPr>
          <w:rFonts w:cstheme="minorHAnsi"/>
          <w:sz w:val="24"/>
          <w:szCs w:val="24"/>
        </w:rPr>
        <w:t xml:space="preserve"> </w:t>
      </w:r>
      <w:r w:rsidR="008D1A42">
        <w:rPr>
          <w:rFonts w:cstheme="minorHAnsi"/>
          <w:sz w:val="24"/>
          <w:szCs w:val="24"/>
        </w:rPr>
        <w:t xml:space="preserve"> </w:t>
      </w:r>
      <w:r w:rsidR="00F43F39">
        <w:rPr>
          <w:rFonts w:cstheme="minorHAnsi"/>
          <w:sz w:val="24"/>
          <w:szCs w:val="24"/>
        </w:rPr>
        <w:t xml:space="preserve"> </w:t>
      </w:r>
      <w:r w:rsidR="009F4428">
        <w:rPr>
          <w:rFonts w:cstheme="minorHAnsi"/>
          <w:sz w:val="24"/>
          <w:szCs w:val="24"/>
        </w:rPr>
        <w:t>9:08</w:t>
      </w:r>
    </w:p>
    <w:p w14:paraId="1294B258" w14:textId="07EE90FB" w:rsidR="006017C5" w:rsidRDefault="006017C5" w:rsidP="006017C5">
      <w:pPr>
        <w:rPr>
          <w:rFonts w:cstheme="minorHAnsi"/>
          <w:sz w:val="24"/>
          <w:szCs w:val="24"/>
        </w:rPr>
      </w:pPr>
      <w:r>
        <w:rPr>
          <w:rFonts w:cstheme="minorHAnsi"/>
          <w:sz w:val="24"/>
          <w:szCs w:val="24"/>
        </w:rPr>
        <w:t xml:space="preserve">May 22          </w:t>
      </w:r>
      <w:r w:rsidR="00244819">
        <w:rPr>
          <w:rFonts w:cstheme="minorHAnsi"/>
          <w:sz w:val="24"/>
          <w:szCs w:val="24"/>
        </w:rPr>
        <w:t xml:space="preserve">  </w:t>
      </w:r>
      <w:r>
        <w:rPr>
          <w:rFonts w:cstheme="minorHAnsi"/>
          <w:sz w:val="24"/>
          <w:szCs w:val="24"/>
        </w:rPr>
        <w:t xml:space="preserve">Aberdeen                   </w:t>
      </w:r>
      <w:r w:rsidR="008D1A42">
        <w:rPr>
          <w:rFonts w:cstheme="minorHAnsi"/>
          <w:sz w:val="24"/>
          <w:szCs w:val="24"/>
        </w:rPr>
        <w:t xml:space="preserve">  </w:t>
      </w:r>
      <w:r>
        <w:rPr>
          <w:rFonts w:cstheme="minorHAnsi"/>
          <w:sz w:val="24"/>
          <w:szCs w:val="24"/>
        </w:rPr>
        <w:t xml:space="preserve"> 6 tee times       </w:t>
      </w:r>
      <w:r w:rsidR="008D1A42">
        <w:rPr>
          <w:rFonts w:cstheme="minorHAnsi"/>
          <w:sz w:val="24"/>
          <w:szCs w:val="24"/>
        </w:rPr>
        <w:t xml:space="preserve">    </w:t>
      </w:r>
      <w:r>
        <w:rPr>
          <w:rFonts w:cstheme="minorHAnsi"/>
          <w:sz w:val="24"/>
          <w:szCs w:val="24"/>
        </w:rPr>
        <w:t xml:space="preserve">double tee       </w:t>
      </w:r>
      <w:r w:rsidR="00D87DAC">
        <w:rPr>
          <w:rFonts w:cstheme="minorHAnsi"/>
          <w:sz w:val="24"/>
          <w:szCs w:val="24"/>
        </w:rPr>
        <w:t xml:space="preserve"> </w:t>
      </w:r>
      <w:r>
        <w:rPr>
          <w:rFonts w:cstheme="minorHAnsi"/>
          <w:sz w:val="24"/>
          <w:szCs w:val="24"/>
        </w:rPr>
        <w:t xml:space="preserve"> </w:t>
      </w:r>
      <w:r w:rsidR="00F43F39">
        <w:rPr>
          <w:rFonts w:cstheme="minorHAnsi"/>
          <w:sz w:val="24"/>
          <w:szCs w:val="24"/>
        </w:rPr>
        <w:t xml:space="preserve"> </w:t>
      </w:r>
      <w:r>
        <w:rPr>
          <w:rFonts w:cstheme="minorHAnsi"/>
          <w:sz w:val="24"/>
          <w:szCs w:val="24"/>
        </w:rPr>
        <w:t>8:24</w:t>
      </w:r>
    </w:p>
    <w:p w14:paraId="6D8A9FA6" w14:textId="6175B87F" w:rsidR="006017C5" w:rsidRDefault="006017C5" w:rsidP="006017C5">
      <w:pPr>
        <w:rPr>
          <w:rFonts w:cstheme="minorHAnsi"/>
          <w:sz w:val="24"/>
          <w:szCs w:val="24"/>
        </w:rPr>
      </w:pPr>
      <w:r>
        <w:rPr>
          <w:rFonts w:cstheme="minorHAnsi"/>
          <w:sz w:val="24"/>
          <w:szCs w:val="24"/>
        </w:rPr>
        <w:t xml:space="preserve">May 29          </w:t>
      </w:r>
      <w:r w:rsidR="00244819">
        <w:rPr>
          <w:rFonts w:cstheme="minorHAnsi"/>
          <w:sz w:val="24"/>
          <w:szCs w:val="24"/>
        </w:rPr>
        <w:t xml:space="preserve">  </w:t>
      </w:r>
      <w:r w:rsidR="00FF1EDB">
        <w:rPr>
          <w:rFonts w:cstheme="minorHAnsi"/>
          <w:sz w:val="24"/>
          <w:szCs w:val="24"/>
        </w:rPr>
        <w:t xml:space="preserve">Azalea Sands            </w:t>
      </w:r>
      <w:r w:rsidR="008D1A42">
        <w:rPr>
          <w:rFonts w:cstheme="minorHAnsi"/>
          <w:sz w:val="24"/>
          <w:szCs w:val="24"/>
        </w:rPr>
        <w:t xml:space="preserve"> </w:t>
      </w:r>
      <w:r w:rsidR="00FF1EDB">
        <w:rPr>
          <w:rFonts w:cstheme="minorHAnsi"/>
          <w:sz w:val="24"/>
          <w:szCs w:val="24"/>
        </w:rPr>
        <w:t xml:space="preserve">  6 tee times       </w:t>
      </w:r>
      <w:r w:rsidR="008D1A42">
        <w:rPr>
          <w:rFonts w:cstheme="minorHAnsi"/>
          <w:sz w:val="24"/>
          <w:szCs w:val="24"/>
        </w:rPr>
        <w:t xml:space="preserve">     </w:t>
      </w:r>
      <w:r w:rsidR="00FF1EDB">
        <w:rPr>
          <w:rFonts w:cstheme="minorHAnsi"/>
          <w:sz w:val="24"/>
          <w:szCs w:val="24"/>
        </w:rPr>
        <w:t xml:space="preserve">single tee          </w:t>
      </w:r>
      <w:r w:rsidR="00F43F39">
        <w:rPr>
          <w:rFonts w:cstheme="minorHAnsi"/>
          <w:sz w:val="24"/>
          <w:szCs w:val="24"/>
        </w:rPr>
        <w:t xml:space="preserve"> </w:t>
      </w:r>
      <w:r w:rsidR="00D87DAC">
        <w:rPr>
          <w:rFonts w:cstheme="minorHAnsi"/>
          <w:sz w:val="24"/>
          <w:szCs w:val="24"/>
        </w:rPr>
        <w:t xml:space="preserve"> </w:t>
      </w:r>
      <w:r w:rsidR="00FF1EDB">
        <w:rPr>
          <w:rFonts w:cstheme="minorHAnsi"/>
          <w:sz w:val="24"/>
          <w:szCs w:val="24"/>
        </w:rPr>
        <w:t>8:18</w:t>
      </w:r>
    </w:p>
    <w:p w14:paraId="7A1BA0A8" w14:textId="16B0550F" w:rsidR="006017C5" w:rsidRDefault="006017C5" w:rsidP="006017C5">
      <w:pPr>
        <w:rPr>
          <w:rFonts w:cstheme="minorHAnsi"/>
          <w:sz w:val="24"/>
          <w:szCs w:val="24"/>
        </w:rPr>
      </w:pPr>
      <w:r>
        <w:rPr>
          <w:rFonts w:cstheme="minorHAnsi"/>
          <w:sz w:val="24"/>
          <w:szCs w:val="24"/>
        </w:rPr>
        <w:t xml:space="preserve">June  5          </w:t>
      </w:r>
      <w:r w:rsidR="00244819">
        <w:rPr>
          <w:rFonts w:cstheme="minorHAnsi"/>
          <w:sz w:val="24"/>
          <w:szCs w:val="24"/>
        </w:rPr>
        <w:t xml:space="preserve">   </w:t>
      </w:r>
      <w:r>
        <w:rPr>
          <w:rFonts w:cstheme="minorHAnsi"/>
          <w:sz w:val="24"/>
          <w:szCs w:val="24"/>
        </w:rPr>
        <w:t xml:space="preserve">Whisper Pines       </w:t>
      </w:r>
      <w:r w:rsidR="001432A7">
        <w:rPr>
          <w:rFonts w:cstheme="minorHAnsi"/>
          <w:sz w:val="24"/>
          <w:szCs w:val="24"/>
        </w:rPr>
        <w:t xml:space="preserve"> </w:t>
      </w:r>
      <w:r>
        <w:rPr>
          <w:rFonts w:cstheme="minorHAnsi"/>
          <w:sz w:val="24"/>
          <w:szCs w:val="24"/>
        </w:rPr>
        <w:t xml:space="preserve">    6 tee times        </w:t>
      </w:r>
      <w:r w:rsidR="001432A7">
        <w:rPr>
          <w:rFonts w:cstheme="minorHAnsi"/>
          <w:sz w:val="24"/>
          <w:szCs w:val="24"/>
        </w:rPr>
        <w:t xml:space="preserve">     </w:t>
      </w:r>
      <w:r>
        <w:rPr>
          <w:rFonts w:cstheme="minorHAnsi"/>
          <w:sz w:val="24"/>
          <w:szCs w:val="24"/>
        </w:rPr>
        <w:t xml:space="preserve">single tee         </w:t>
      </w:r>
      <w:r w:rsidR="00D87DAC">
        <w:rPr>
          <w:rFonts w:cstheme="minorHAnsi"/>
          <w:sz w:val="24"/>
          <w:szCs w:val="24"/>
        </w:rPr>
        <w:t xml:space="preserve"> </w:t>
      </w:r>
      <w:r>
        <w:rPr>
          <w:rFonts w:cstheme="minorHAnsi"/>
          <w:sz w:val="24"/>
          <w:szCs w:val="24"/>
        </w:rPr>
        <w:t xml:space="preserve"> 9:00</w:t>
      </w:r>
    </w:p>
    <w:p w14:paraId="10EF48E4" w14:textId="56E5BDA8" w:rsidR="006017C5" w:rsidRDefault="006017C5" w:rsidP="006017C5">
      <w:pPr>
        <w:rPr>
          <w:rFonts w:cstheme="minorHAnsi"/>
          <w:sz w:val="24"/>
          <w:szCs w:val="24"/>
        </w:rPr>
      </w:pPr>
      <w:r>
        <w:rPr>
          <w:rFonts w:cstheme="minorHAnsi"/>
          <w:sz w:val="24"/>
          <w:szCs w:val="24"/>
        </w:rPr>
        <w:t xml:space="preserve">June 12         </w:t>
      </w:r>
      <w:r w:rsidR="00244819">
        <w:rPr>
          <w:rFonts w:cstheme="minorHAnsi"/>
          <w:sz w:val="24"/>
          <w:szCs w:val="24"/>
        </w:rPr>
        <w:t xml:space="preserve">   </w:t>
      </w:r>
      <w:r>
        <w:rPr>
          <w:rFonts w:cstheme="minorHAnsi"/>
          <w:sz w:val="24"/>
          <w:szCs w:val="24"/>
        </w:rPr>
        <w:t xml:space="preserve">Brunswick                 </w:t>
      </w:r>
      <w:r w:rsidR="001432A7">
        <w:rPr>
          <w:rFonts w:cstheme="minorHAnsi"/>
          <w:sz w:val="24"/>
          <w:szCs w:val="24"/>
        </w:rPr>
        <w:t xml:space="preserve"> </w:t>
      </w:r>
      <w:r>
        <w:rPr>
          <w:rFonts w:cstheme="minorHAnsi"/>
          <w:sz w:val="24"/>
          <w:szCs w:val="24"/>
        </w:rPr>
        <w:t xml:space="preserve"> 6 tee times        </w:t>
      </w:r>
      <w:r w:rsidR="001432A7">
        <w:rPr>
          <w:rFonts w:cstheme="minorHAnsi"/>
          <w:sz w:val="24"/>
          <w:szCs w:val="24"/>
        </w:rPr>
        <w:t xml:space="preserve">     </w:t>
      </w:r>
      <w:r>
        <w:rPr>
          <w:rFonts w:cstheme="minorHAnsi"/>
          <w:sz w:val="24"/>
          <w:szCs w:val="24"/>
        </w:rPr>
        <w:t xml:space="preserve">single tee        </w:t>
      </w:r>
      <w:r w:rsidR="00D87DAC">
        <w:rPr>
          <w:rFonts w:cstheme="minorHAnsi"/>
          <w:sz w:val="24"/>
          <w:szCs w:val="24"/>
        </w:rPr>
        <w:t xml:space="preserve"> </w:t>
      </w:r>
      <w:r w:rsidR="00244819">
        <w:rPr>
          <w:rFonts w:cstheme="minorHAnsi"/>
          <w:sz w:val="24"/>
          <w:szCs w:val="24"/>
        </w:rPr>
        <w:t xml:space="preserve"> </w:t>
      </w:r>
      <w:r>
        <w:rPr>
          <w:rFonts w:cstheme="minorHAnsi"/>
          <w:sz w:val="24"/>
          <w:szCs w:val="24"/>
        </w:rPr>
        <w:t xml:space="preserve"> </w:t>
      </w:r>
      <w:r w:rsidR="009F4428">
        <w:rPr>
          <w:rFonts w:cstheme="minorHAnsi"/>
          <w:sz w:val="24"/>
          <w:szCs w:val="24"/>
        </w:rPr>
        <w:t>8:52</w:t>
      </w:r>
    </w:p>
    <w:p w14:paraId="46CC100B" w14:textId="455BD77A" w:rsidR="006017C5" w:rsidRDefault="006017C5" w:rsidP="006017C5">
      <w:pPr>
        <w:rPr>
          <w:rFonts w:cstheme="minorHAnsi"/>
          <w:sz w:val="24"/>
          <w:szCs w:val="24"/>
        </w:rPr>
      </w:pPr>
      <w:r>
        <w:rPr>
          <w:rFonts w:cstheme="minorHAnsi"/>
          <w:sz w:val="24"/>
          <w:szCs w:val="24"/>
        </w:rPr>
        <w:t xml:space="preserve">June 19        </w:t>
      </w:r>
      <w:r w:rsidR="00244819">
        <w:rPr>
          <w:rFonts w:cstheme="minorHAnsi"/>
          <w:sz w:val="24"/>
          <w:szCs w:val="24"/>
        </w:rPr>
        <w:t xml:space="preserve">   </w:t>
      </w:r>
      <w:r>
        <w:rPr>
          <w:rFonts w:cstheme="minorHAnsi"/>
          <w:sz w:val="24"/>
          <w:szCs w:val="24"/>
        </w:rPr>
        <w:t xml:space="preserve"> Oyster Bay                  6 tee times        </w:t>
      </w:r>
      <w:r w:rsidR="00342E85">
        <w:rPr>
          <w:rFonts w:cstheme="minorHAnsi"/>
          <w:sz w:val="24"/>
          <w:szCs w:val="24"/>
        </w:rPr>
        <w:t xml:space="preserve">     </w:t>
      </w:r>
      <w:r>
        <w:rPr>
          <w:rFonts w:cstheme="minorHAnsi"/>
          <w:sz w:val="24"/>
          <w:szCs w:val="24"/>
        </w:rPr>
        <w:t xml:space="preserve">double tee       </w:t>
      </w:r>
      <w:r w:rsidR="00342E85">
        <w:rPr>
          <w:rFonts w:cstheme="minorHAnsi"/>
          <w:sz w:val="24"/>
          <w:szCs w:val="24"/>
        </w:rPr>
        <w:t xml:space="preserve"> </w:t>
      </w:r>
      <w:r>
        <w:rPr>
          <w:rFonts w:cstheme="minorHAnsi"/>
          <w:sz w:val="24"/>
          <w:szCs w:val="24"/>
        </w:rPr>
        <w:t xml:space="preserve"> </w:t>
      </w:r>
      <w:r w:rsidR="00244819">
        <w:rPr>
          <w:rFonts w:cstheme="minorHAnsi"/>
          <w:sz w:val="24"/>
          <w:szCs w:val="24"/>
        </w:rPr>
        <w:t xml:space="preserve"> </w:t>
      </w:r>
      <w:r>
        <w:rPr>
          <w:rFonts w:cstheme="minorHAnsi"/>
          <w:sz w:val="24"/>
          <w:szCs w:val="24"/>
        </w:rPr>
        <w:t>8:28</w:t>
      </w:r>
    </w:p>
    <w:p w14:paraId="1D905F33" w14:textId="48C87CBC" w:rsidR="006017C5" w:rsidRDefault="006017C5" w:rsidP="006017C5">
      <w:pPr>
        <w:rPr>
          <w:rFonts w:cstheme="minorHAnsi"/>
          <w:sz w:val="24"/>
          <w:szCs w:val="24"/>
        </w:rPr>
      </w:pPr>
      <w:r>
        <w:rPr>
          <w:rFonts w:cstheme="minorHAnsi"/>
          <w:sz w:val="24"/>
          <w:szCs w:val="24"/>
        </w:rPr>
        <w:t xml:space="preserve">June 26        </w:t>
      </w:r>
      <w:r w:rsidR="00244819">
        <w:rPr>
          <w:rFonts w:cstheme="minorHAnsi"/>
          <w:sz w:val="24"/>
          <w:szCs w:val="24"/>
        </w:rPr>
        <w:t xml:space="preserve">    </w:t>
      </w:r>
      <w:r>
        <w:rPr>
          <w:rFonts w:cstheme="minorHAnsi"/>
          <w:sz w:val="24"/>
          <w:szCs w:val="24"/>
        </w:rPr>
        <w:t xml:space="preserve">Meadowlands           </w:t>
      </w:r>
      <w:r w:rsidR="00EE7A06">
        <w:rPr>
          <w:rFonts w:cstheme="minorHAnsi"/>
          <w:sz w:val="24"/>
          <w:szCs w:val="24"/>
        </w:rPr>
        <w:t xml:space="preserve"> </w:t>
      </w:r>
      <w:r>
        <w:rPr>
          <w:rFonts w:cstheme="minorHAnsi"/>
          <w:sz w:val="24"/>
          <w:szCs w:val="24"/>
        </w:rPr>
        <w:t xml:space="preserve">6 tee times       </w:t>
      </w:r>
      <w:r w:rsidR="00342E85">
        <w:rPr>
          <w:rFonts w:cstheme="minorHAnsi"/>
          <w:sz w:val="24"/>
          <w:szCs w:val="24"/>
        </w:rPr>
        <w:t xml:space="preserve">     </w:t>
      </w:r>
      <w:r>
        <w:rPr>
          <w:rFonts w:cstheme="minorHAnsi"/>
          <w:sz w:val="24"/>
          <w:szCs w:val="24"/>
        </w:rPr>
        <w:t xml:space="preserve"> double tee      </w:t>
      </w:r>
      <w:r w:rsidR="00D87DAC">
        <w:rPr>
          <w:rFonts w:cstheme="minorHAnsi"/>
          <w:sz w:val="24"/>
          <w:szCs w:val="24"/>
        </w:rPr>
        <w:t xml:space="preserve"> </w:t>
      </w:r>
      <w:r>
        <w:rPr>
          <w:rFonts w:cstheme="minorHAnsi"/>
          <w:sz w:val="24"/>
          <w:szCs w:val="24"/>
        </w:rPr>
        <w:t xml:space="preserve"> </w:t>
      </w:r>
      <w:r w:rsidR="00244819">
        <w:rPr>
          <w:rFonts w:cstheme="minorHAnsi"/>
          <w:sz w:val="24"/>
          <w:szCs w:val="24"/>
        </w:rPr>
        <w:t xml:space="preserve">  </w:t>
      </w:r>
      <w:r>
        <w:rPr>
          <w:rFonts w:cstheme="minorHAnsi"/>
          <w:sz w:val="24"/>
          <w:szCs w:val="24"/>
        </w:rPr>
        <w:t>8:02</w:t>
      </w:r>
    </w:p>
    <w:p w14:paraId="46A0DBE7" w14:textId="42D7C541" w:rsidR="006017C5" w:rsidRDefault="006017C5" w:rsidP="006017C5">
      <w:pPr>
        <w:rPr>
          <w:rFonts w:cstheme="minorHAnsi"/>
          <w:sz w:val="24"/>
          <w:szCs w:val="24"/>
        </w:rPr>
      </w:pPr>
      <w:r>
        <w:rPr>
          <w:rFonts w:cstheme="minorHAnsi"/>
          <w:sz w:val="24"/>
          <w:szCs w:val="24"/>
        </w:rPr>
        <w:t xml:space="preserve">July  3        </w:t>
      </w:r>
      <w:r w:rsidR="00097312">
        <w:rPr>
          <w:rFonts w:cstheme="minorHAnsi"/>
          <w:sz w:val="24"/>
          <w:szCs w:val="24"/>
        </w:rPr>
        <w:t xml:space="preserve"> </w:t>
      </w:r>
      <w:r w:rsidR="00244819">
        <w:rPr>
          <w:rFonts w:cstheme="minorHAnsi"/>
          <w:sz w:val="24"/>
          <w:szCs w:val="24"/>
        </w:rPr>
        <w:t xml:space="preserve">      </w:t>
      </w:r>
      <w:r>
        <w:rPr>
          <w:rFonts w:cstheme="minorHAnsi"/>
          <w:sz w:val="24"/>
          <w:szCs w:val="24"/>
        </w:rPr>
        <w:t xml:space="preserve">Whisper Pines           6 tee times           </w:t>
      </w:r>
      <w:r w:rsidR="00342E85">
        <w:rPr>
          <w:rFonts w:cstheme="minorHAnsi"/>
          <w:sz w:val="24"/>
          <w:szCs w:val="24"/>
        </w:rPr>
        <w:t xml:space="preserve"> </w:t>
      </w:r>
      <w:r>
        <w:rPr>
          <w:rFonts w:cstheme="minorHAnsi"/>
          <w:sz w:val="24"/>
          <w:szCs w:val="24"/>
        </w:rPr>
        <w:t xml:space="preserve"> single tee       </w:t>
      </w:r>
      <w:r w:rsidR="00342E85">
        <w:rPr>
          <w:rFonts w:cstheme="minorHAnsi"/>
          <w:sz w:val="24"/>
          <w:szCs w:val="24"/>
        </w:rPr>
        <w:t xml:space="preserve">    </w:t>
      </w:r>
      <w:r>
        <w:rPr>
          <w:rFonts w:cstheme="minorHAnsi"/>
          <w:sz w:val="24"/>
          <w:szCs w:val="24"/>
        </w:rPr>
        <w:t xml:space="preserve"> 9:00</w:t>
      </w:r>
    </w:p>
    <w:p w14:paraId="2421057C" w14:textId="628EB0F9" w:rsidR="006017C5" w:rsidRDefault="006017C5" w:rsidP="006017C5">
      <w:pPr>
        <w:rPr>
          <w:rFonts w:cstheme="minorHAnsi"/>
          <w:sz w:val="24"/>
          <w:szCs w:val="24"/>
        </w:rPr>
      </w:pPr>
      <w:r>
        <w:rPr>
          <w:rFonts w:cstheme="minorHAnsi"/>
          <w:sz w:val="24"/>
          <w:szCs w:val="24"/>
        </w:rPr>
        <w:lastRenderedPageBreak/>
        <w:t xml:space="preserve">July 10        </w:t>
      </w:r>
      <w:r w:rsidR="00244819">
        <w:rPr>
          <w:rFonts w:cstheme="minorHAnsi"/>
          <w:sz w:val="24"/>
          <w:szCs w:val="24"/>
        </w:rPr>
        <w:t xml:space="preserve">    </w:t>
      </w:r>
      <w:r>
        <w:rPr>
          <w:rFonts w:cstheme="minorHAnsi"/>
          <w:sz w:val="24"/>
          <w:szCs w:val="24"/>
        </w:rPr>
        <w:t xml:space="preserve"> Brunswick                   6 tee times           </w:t>
      </w:r>
      <w:r w:rsidR="00373A3D">
        <w:rPr>
          <w:rFonts w:cstheme="minorHAnsi"/>
          <w:sz w:val="24"/>
          <w:szCs w:val="24"/>
        </w:rPr>
        <w:t xml:space="preserve"> </w:t>
      </w:r>
      <w:r>
        <w:rPr>
          <w:rFonts w:cstheme="minorHAnsi"/>
          <w:sz w:val="24"/>
          <w:szCs w:val="24"/>
        </w:rPr>
        <w:t xml:space="preserve"> single tee        </w:t>
      </w:r>
      <w:r w:rsidR="00373A3D">
        <w:rPr>
          <w:rFonts w:cstheme="minorHAnsi"/>
          <w:sz w:val="24"/>
          <w:szCs w:val="24"/>
        </w:rPr>
        <w:t xml:space="preserve">   </w:t>
      </w:r>
      <w:r>
        <w:rPr>
          <w:rFonts w:cstheme="minorHAnsi"/>
          <w:sz w:val="24"/>
          <w:szCs w:val="24"/>
        </w:rPr>
        <w:t xml:space="preserve"> </w:t>
      </w:r>
      <w:r w:rsidR="009F2ED6">
        <w:rPr>
          <w:rFonts w:cstheme="minorHAnsi"/>
          <w:sz w:val="24"/>
          <w:szCs w:val="24"/>
        </w:rPr>
        <w:t>8:52</w:t>
      </w:r>
    </w:p>
    <w:p w14:paraId="21DC3459" w14:textId="0429F2D8" w:rsidR="006017C5" w:rsidRDefault="006017C5" w:rsidP="006017C5">
      <w:pPr>
        <w:tabs>
          <w:tab w:val="left" w:pos="3588"/>
        </w:tabs>
        <w:rPr>
          <w:rFonts w:cstheme="minorHAnsi"/>
          <w:sz w:val="24"/>
          <w:szCs w:val="24"/>
        </w:rPr>
      </w:pPr>
      <w:r>
        <w:rPr>
          <w:rFonts w:cstheme="minorHAnsi"/>
          <w:sz w:val="24"/>
          <w:szCs w:val="24"/>
        </w:rPr>
        <w:t xml:space="preserve">July 17        </w:t>
      </w:r>
      <w:r w:rsidR="00244819">
        <w:rPr>
          <w:rFonts w:cstheme="minorHAnsi"/>
          <w:sz w:val="24"/>
          <w:szCs w:val="24"/>
        </w:rPr>
        <w:t xml:space="preserve">     </w:t>
      </w:r>
      <w:r>
        <w:rPr>
          <w:rFonts w:cstheme="minorHAnsi"/>
          <w:sz w:val="24"/>
          <w:szCs w:val="24"/>
        </w:rPr>
        <w:t xml:space="preserve">Parkland                      6 tee times            double tee     </w:t>
      </w:r>
      <w:r w:rsidR="00373A3D">
        <w:rPr>
          <w:rFonts w:cstheme="minorHAnsi"/>
          <w:sz w:val="24"/>
          <w:szCs w:val="24"/>
        </w:rPr>
        <w:t xml:space="preserve">    </w:t>
      </w:r>
      <w:r w:rsidR="00D87DAC">
        <w:rPr>
          <w:rFonts w:cstheme="minorHAnsi"/>
          <w:sz w:val="24"/>
          <w:szCs w:val="24"/>
        </w:rPr>
        <w:t xml:space="preserve"> </w:t>
      </w:r>
      <w:r>
        <w:rPr>
          <w:rFonts w:cstheme="minorHAnsi"/>
          <w:sz w:val="24"/>
          <w:szCs w:val="24"/>
        </w:rPr>
        <w:t xml:space="preserve"> 8:28</w:t>
      </w:r>
      <w:r>
        <w:rPr>
          <w:rFonts w:cstheme="minorHAnsi"/>
          <w:sz w:val="24"/>
          <w:szCs w:val="24"/>
        </w:rPr>
        <w:tab/>
      </w:r>
    </w:p>
    <w:p w14:paraId="17D10D0E" w14:textId="0B824BA0" w:rsidR="006017C5" w:rsidRDefault="006017C5" w:rsidP="006017C5">
      <w:pPr>
        <w:rPr>
          <w:rFonts w:cstheme="minorHAnsi"/>
          <w:sz w:val="24"/>
          <w:szCs w:val="24"/>
        </w:rPr>
      </w:pPr>
      <w:r>
        <w:rPr>
          <w:rFonts w:cstheme="minorHAnsi"/>
          <w:sz w:val="24"/>
          <w:szCs w:val="24"/>
        </w:rPr>
        <w:t xml:space="preserve">July 24         </w:t>
      </w:r>
      <w:r w:rsidR="00244819">
        <w:rPr>
          <w:rFonts w:cstheme="minorHAnsi"/>
          <w:sz w:val="24"/>
          <w:szCs w:val="24"/>
        </w:rPr>
        <w:t xml:space="preserve">    </w:t>
      </w:r>
      <w:r>
        <w:rPr>
          <w:rFonts w:cstheme="minorHAnsi"/>
          <w:sz w:val="24"/>
          <w:szCs w:val="24"/>
        </w:rPr>
        <w:t xml:space="preserve">Aberdeen                    6 tee times            double tee      </w:t>
      </w:r>
      <w:r w:rsidR="00373A3D">
        <w:rPr>
          <w:rFonts w:cstheme="minorHAnsi"/>
          <w:sz w:val="24"/>
          <w:szCs w:val="24"/>
        </w:rPr>
        <w:t xml:space="preserve">    </w:t>
      </w:r>
      <w:r>
        <w:rPr>
          <w:rFonts w:cstheme="minorHAnsi"/>
          <w:sz w:val="24"/>
          <w:szCs w:val="24"/>
        </w:rPr>
        <w:t xml:space="preserve"> </w:t>
      </w:r>
      <w:r w:rsidR="00D87DAC">
        <w:rPr>
          <w:rFonts w:cstheme="minorHAnsi"/>
          <w:sz w:val="24"/>
          <w:szCs w:val="24"/>
        </w:rPr>
        <w:t xml:space="preserve"> </w:t>
      </w:r>
      <w:r>
        <w:rPr>
          <w:rFonts w:cstheme="minorHAnsi"/>
          <w:sz w:val="24"/>
          <w:szCs w:val="24"/>
        </w:rPr>
        <w:t>8:24</w:t>
      </w:r>
    </w:p>
    <w:p w14:paraId="49EE99F1" w14:textId="7D69ECCC" w:rsidR="006017C5" w:rsidRDefault="006017C5" w:rsidP="006017C5">
      <w:pPr>
        <w:rPr>
          <w:rFonts w:cstheme="minorHAnsi"/>
          <w:sz w:val="24"/>
          <w:szCs w:val="24"/>
        </w:rPr>
      </w:pPr>
      <w:r>
        <w:rPr>
          <w:rFonts w:cstheme="minorHAnsi"/>
          <w:sz w:val="24"/>
          <w:szCs w:val="24"/>
        </w:rPr>
        <w:t xml:space="preserve">July 31       </w:t>
      </w:r>
      <w:r w:rsidR="009516B4">
        <w:rPr>
          <w:rFonts w:cstheme="minorHAnsi"/>
          <w:sz w:val="24"/>
          <w:szCs w:val="24"/>
        </w:rPr>
        <w:t xml:space="preserve"> </w:t>
      </w:r>
      <w:r w:rsidR="00244819">
        <w:rPr>
          <w:rFonts w:cstheme="minorHAnsi"/>
          <w:sz w:val="24"/>
          <w:szCs w:val="24"/>
        </w:rPr>
        <w:t xml:space="preserve">    </w:t>
      </w:r>
      <w:r>
        <w:rPr>
          <w:rFonts w:cstheme="minorHAnsi"/>
          <w:sz w:val="24"/>
          <w:szCs w:val="24"/>
        </w:rPr>
        <w:t xml:space="preserve">Whisper Pines            6 tee times            single tee       </w:t>
      </w:r>
      <w:r w:rsidR="00373A3D">
        <w:rPr>
          <w:rFonts w:cstheme="minorHAnsi"/>
          <w:sz w:val="24"/>
          <w:szCs w:val="24"/>
        </w:rPr>
        <w:t xml:space="preserve">    </w:t>
      </w:r>
      <w:r>
        <w:rPr>
          <w:rFonts w:cstheme="minorHAnsi"/>
          <w:sz w:val="24"/>
          <w:szCs w:val="24"/>
        </w:rPr>
        <w:t xml:space="preserve">   9:00</w:t>
      </w:r>
    </w:p>
    <w:p w14:paraId="59B4FBF0" w14:textId="6B639050" w:rsidR="00754AB2" w:rsidRDefault="00754AB2" w:rsidP="006017C5">
      <w:pPr>
        <w:rPr>
          <w:rFonts w:cstheme="minorHAnsi"/>
          <w:sz w:val="24"/>
          <w:szCs w:val="24"/>
        </w:rPr>
      </w:pPr>
      <w:r>
        <w:rPr>
          <w:rFonts w:cstheme="minorHAnsi"/>
          <w:sz w:val="24"/>
          <w:szCs w:val="24"/>
        </w:rPr>
        <w:t xml:space="preserve">August  </w:t>
      </w:r>
      <w:r w:rsidR="00FD442D">
        <w:rPr>
          <w:rFonts w:cstheme="minorHAnsi"/>
          <w:sz w:val="24"/>
          <w:szCs w:val="24"/>
        </w:rPr>
        <w:t xml:space="preserve">7    </w:t>
      </w:r>
      <w:r w:rsidR="00244819">
        <w:rPr>
          <w:rFonts w:cstheme="minorHAnsi"/>
          <w:sz w:val="24"/>
          <w:szCs w:val="24"/>
        </w:rPr>
        <w:t xml:space="preserve">    </w:t>
      </w:r>
      <w:r w:rsidR="00FD442D">
        <w:rPr>
          <w:rFonts w:cstheme="minorHAnsi"/>
          <w:sz w:val="24"/>
          <w:szCs w:val="24"/>
        </w:rPr>
        <w:t xml:space="preserve">Brunswick                   6 tee times             single tee         </w:t>
      </w:r>
      <w:r w:rsidR="00373A3D">
        <w:rPr>
          <w:rFonts w:cstheme="minorHAnsi"/>
          <w:sz w:val="24"/>
          <w:szCs w:val="24"/>
        </w:rPr>
        <w:t xml:space="preserve">    </w:t>
      </w:r>
      <w:r w:rsidR="009F2ED6">
        <w:rPr>
          <w:rFonts w:cstheme="minorHAnsi"/>
          <w:sz w:val="24"/>
          <w:szCs w:val="24"/>
        </w:rPr>
        <w:t>7:32</w:t>
      </w:r>
    </w:p>
    <w:p w14:paraId="32DBDE91" w14:textId="1DA575F8" w:rsidR="001E265B" w:rsidRDefault="001E265B" w:rsidP="006017C5">
      <w:pPr>
        <w:rPr>
          <w:rFonts w:cstheme="minorHAnsi"/>
          <w:sz w:val="24"/>
          <w:szCs w:val="24"/>
        </w:rPr>
      </w:pPr>
      <w:r>
        <w:rPr>
          <w:rFonts w:cstheme="minorHAnsi"/>
          <w:sz w:val="24"/>
          <w:szCs w:val="24"/>
        </w:rPr>
        <w:t>August 14</w:t>
      </w:r>
      <w:r w:rsidR="001325C2">
        <w:rPr>
          <w:rFonts w:cstheme="minorHAnsi"/>
          <w:sz w:val="24"/>
          <w:szCs w:val="24"/>
        </w:rPr>
        <w:t xml:space="preserve">    </w:t>
      </w:r>
      <w:r w:rsidR="00244819">
        <w:rPr>
          <w:rFonts w:cstheme="minorHAnsi"/>
          <w:sz w:val="24"/>
          <w:szCs w:val="24"/>
        </w:rPr>
        <w:t xml:space="preserve">   </w:t>
      </w:r>
      <w:r w:rsidR="003254AC">
        <w:rPr>
          <w:rFonts w:cstheme="minorHAnsi"/>
          <w:sz w:val="24"/>
          <w:szCs w:val="24"/>
        </w:rPr>
        <w:t xml:space="preserve">Kings North                6 tee times            double tee       </w:t>
      </w:r>
      <w:r w:rsidR="00373A3D">
        <w:rPr>
          <w:rFonts w:cstheme="minorHAnsi"/>
          <w:sz w:val="24"/>
          <w:szCs w:val="24"/>
        </w:rPr>
        <w:t xml:space="preserve">   </w:t>
      </w:r>
      <w:r w:rsidR="003254AC">
        <w:rPr>
          <w:rFonts w:cstheme="minorHAnsi"/>
          <w:sz w:val="24"/>
          <w:szCs w:val="24"/>
        </w:rPr>
        <w:t xml:space="preserve">  </w:t>
      </w:r>
      <w:r w:rsidR="00F43F39">
        <w:rPr>
          <w:rFonts w:cstheme="minorHAnsi"/>
          <w:sz w:val="24"/>
          <w:szCs w:val="24"/>
        </w:rPr>
        <w:t>8:33</w:t>
      </w:r>
    </w:p>
    <w:p w14:paraId="47C23DEE" w14:textId="5D04A8FB" w:rsidR="001E265B" w:rsidRDefault="001E265B" w:rsidP="006017C5">
      <w:pPr>
        <w:rPr>
          <w:rFonts w:cstheme="minorHAnsi"/>
          <w:sz w:val="24"/>
          <w:szCs w:val="24"/>
        </w:rPr>
      </w:pPr>
      <w:r>
        <w:rPr>
          <w:rFonts w:cstheme="minorHAnsi"/>
          <w:sz w:val="24"/>
          <w:szCs w:val="24"/>
        </w:rPr>
        <w:t>August 21</w:t>
      </w:r>
      <w:r w:rsidR="001325C2">
        <w:rPr>
          <w:rFonts w:cstheme="minorHAnsi"/>
          <w:sz w:val="24"/>
          <w:szCs w:val="24"/>
        </w:rPr>
        <w:t xml:space="preserve">   </w:t>
      </w:r>
      <w:r w:rsidR="00244819">
        <w:rPr>
          <w:rFonts w:cstheme="minorHAnsi"/>
          <w:sz w:val="24"/>
          <w:szCs w:val="24"/>
        </w:rPr>
        <w:t xml:space="preserve">   </w:t>
      </w:r>
      <w:r w:rsidR="001325C2">
        <w:rPr>
          <w:rFonts w:cstheme="minorHAnsi"/>
          <w:sz w:val="24"/>
          <w:szCs w:val="24"/>
        </w:rPr>
        <w:t xml:space="preserve"> </w:t>
      </w:r>
      <w:r w:rsidR="004642FA">
        <w:rPr>
          <w:rFonts w:cstheme="minorHAnsi"/>
          <w:sz w:val="24"/>
          <w:szCs w:val="24"/>
        </w:rPr>
        <w:t xml:space="preserve">Meadowlands            6 tee times             </w:t>
      </w:r>
      <w:r w:rsidR="000408D2">
        <w:rPr>
          <w:rFonts w:cstheme="minorHAnsi"/>
          <w:sz w:val="24"/>
          <w:szCs w:val="24"/>
        </w:rPr>
        <w:t xml:space="preserve">double tee      </w:t>
      </w:r>
      <w:r w:rsidR="00373A3D">
        <w:rPr>
          <w:rFonts w:cstheme="minorHAnsi"/>
          <w:sz w:val="24"/>
          <w:szCs w:val="24"/>
        </w:rPr>
        <w:t xml:space="preserve">   </w:t>
      </w:r>
      <w:r w:rsidR="000408D2">
        <w:rPr>
          <w:rFonts w:cstheme="minorHAnsi"/>
          <w:sz w:val="24"/>
          <w:szCs w:val="24"/>
        </w:rPr>
        <w:t xml:space="preserve">  8:26</w:t>
      </w:r>
    </w:p>
    <w:p w14:paraId="26062867" w14:textId="16DED853" w:rsidR="00203B08" w:rsidRDefault="00203B08" w:rsidP="006017C5">
      <w:pPr>
        <w:rPr>
          <w:rFonts w:cstheme="minorHAnsi"/>
          <w:sz w:val="24"/>
          <w:szCs w:val="24"/>
        </w:rPr>
      </w:pPr>
      <w:r>
        <w:rPr>
          <w:rFonts w:cstheme="minorHAnsi"/>
          <w:sz w:val="24"/>
          <w:szCs w:val="24"/>
        </w:rPr>
        <w:t>August 28</w:t>
      </w:r>
      <w:r w:rsidR="00F25902">
        <w:rPr>
          <w:rFonts w:cstheme="minorHAnsi"/>
          <w:sz w:val="24"/>
          <w:szCs w:val="24"/>
        </w:rPr>
        <w:t xml:space="preserve">   </w:t>
      </w:r>
      <w:r w:rsidR="009516B4">
        <w:rPr>
          <w:rFonts w:cstheme="minorHAnsi"/>
          <w:sz w:val="24"/>
          <w:szCs w:val="24"/>
        </w:rPr>
        <w:t xml:space="preserve">  </w:t>
      </w:r>
      <w:r w:rsidR="00244819">
        <w:rPr>
          <w:rFonts w:cstheme="minorHAnsi"/>
          <w:sz w:val="24"/>
          <w:szCs w:val="24"/>
        </w:rPr>
        <w:t xml:space="preserve">  </w:t>
      </w:r>
      <w:r w:rsidR="00F25902">
        <w:rPr>
          <w:rFonts w:cstheme="minorHAnsi"/>
          <w:sz w:val="24"/>
          <w:szCs w:val="24"/>
        </w:rPr>
        <w:t xml:space="preserve">Whisper Pines           6 tee times             single tee       </w:t>
      </w:r>
      <w:r w:rsidR="00373A3D">
        <w:rPr>
          <w:rFonts w:cstheme="minorHAnsi"/>
          <w:sz w:val="24"/>
          <w:szCs w:val="24"/>
        </w:rPr>
        <w:t xml:space="preserve">   </w:t>
      </w:r>
      <w:r w:rsidR="00F25902">
        <w:rPr>
          <w:rFonts w:cstheme="minorHAnsi"/>
          <w:sz w:val="24"/>
          <w:szCs w:val="24"/>
        </w:rPr>
        <w:t xml:space="preserve">   </w:t>
      </w:r>
      <w:r w:rsidR="001325C2">
        <w:rPr>
          <w:rFonts w:cstheme="minorHAnsi"/>
          <w:sz w:val="24"/>
          <w:szCs w:val="24"/>
        </w:rPr>
        <w:t>9:00</w:t>
      </w:r>
      <w:r w:rsidR="00B942E5">
        <w:rPr>
          <w:rFonts w:cstheme="minorHAnsi"/>
          <w:sz w:val="24"/>
          <w:szCs w:val="24"/>
        </w:rPr>
        <w:t xml:space="preserve"> </w:t>
      </w:r>
    </w:p>
    <w:p w14:paraId="28FF5EB9" w14:textId="14097293" w:rsidR="00D70BAC" w:rsidRDefault="00D70BAC" w:rsidP="006017C5">
      <w:pPr>
        <w:rPr>
          <w:rFonts w:cstheme="minorHAnsi"/>
          <w:sz w:val="24"/>
          <w:szCs w:val="24"/>
        </w:rPr>
      </w:pPr>
      <w:r>
        <w:rPr>
          <w:rFonts w:cstheme="minorHAnsi"/>
          <w:sz w:val="24"/>
          <w:szCs w:val="24"/>
        </w:rPr>
        <w:t xml:space="preserve">September </w:t>
      </w:r>
      <w:r w:rsidR="00B942E5">
        <w:rPr>
          <w:rFonts w:cstheme="minorHAnsi"/>
          <w:sz w:val="24"/>
          <w:szCs w:val="24"/>
        </w:rPr>
        <w:t xml:space="preserve"> 4  </w:t>
      </w:r>
      <w:r w:rsidR="00204D93">
        <w:rPr>
          <w:rFonts w:cstheme="minorHAnsi"/>
          <w:sz w:val="24"/>
          <w:szCs w:val="24"/>
        </w:rPr>
        <w:t xml:space="preserve">Brunswick                 6 </w:t>
      </w:r>
      <w:r w:rsidR="00373A3D">
        <w:rPr>
          <w:rFonts w:cstheme="minorHAnsi"/>
          <w:sz w:val="24"/>
          <w:szCs w:val="24"/>
        </w:rPr>
        <w:t xml:space="preserve">tee </w:t>
      </w:r>
      <w:r w:rsidR="00204D93">
        <w:rPr>
          <w:rFonts w:cstheme="minorHAnsi"/>
          <w:sz w:val="24"/>
          <w:szCs w:val="24"/>
        </w:rPr>
        <w:t xml:space="preserve">times             single tee      </w:t>
      </w:r>
      <w:r w:rsidR="00373A3D">
        <w:rPr>
          <w:rFonts w:cstheme="minorHAnsi"/>
          <w:sz w:val="24"/>
          <w:szCs w:val="24"/>
        </w:rPr>
        <w:t xml:space="preserve">    </w:t>
      </w:r>
      <w:r w:rsidR="00204D93">
        <w:rPr>
          <w:rFonts w:cstheme="minorHAnsi"/>
          <w:sz w:val="24"/>
          <w:szCs w:val="24"/>
        </w:rPr>
        <w:t xml:space="preserve">   </w:t>
      </w:r>
      <w:r w:rsidR="000B3AFA">
        <w:rPr>
          <w:rFonts w:cstheme="minorHAnsi"/>
          <w:sz w:val="24"/>
          <w:szCs w:val="24"/>
        </w:rPr>
        <w:t>8:52</w:t>
      </w:r>
    </w:p>
    <w:p w14:paraId="2C65E6BC" w14:textId="17262A13" w:rsidR="005E1E0D" w:rsidRDefault="00B942E5" w:rsidP="006017C5">
      <w:pPr>
        <w:rPr>
          <w:rFonts w:cstheme="minorHAnsi"/>
          <w:sz w:val="24"/>
          <w:szCs w:val="24"/>
        </w:rPr>
      </w:pPr>
      <w:r>
        <w:rPr>
          <w:rFonts w:cstheme="minorHAnsi"/>
          <w:sz w:val="24"/>
          <w:szCs w:val="24"/>
        </w:rPr>
        <w:t xml:space="preserve">September 11 </w:t>
      </w:r>
      <w:r w:rsidR="00193652">
        <w:rPr>
          <w:rFonts w:cstheme="minorHAnsi"/>
          <w:sz w:val="24"/>
          <w:szCs w:val="24"/>
        </w:rPr>
        <w:t>Myrtlewood P H</w:t>
      </w:r>
      <w:r w:rsidR="000B288F">
        <w:rPr>
          <w:rFonts w:cstheme="minorHAnsi"/>
          <w:sz w:val="24"/>
          <w:szCs w:val="24"/>
        </w:rPr>
        <w:t xml:space="preserve"> </w:t>
      </w:r>
      <w:r w:rsidR="00925DB9">
        <w:rPr>
          <w:rFonts w:cstheme="minorHAnsi"/>
          <w:sz w:val="24"/>
          <w:szCs w:val="24"/>
        </w:rPr>
        <w:t xml:space="preserve">     6 tee times   </w:t>
      </w:r>
      <w:r w:rsidR="000B288F">
        <w:rPr>
          <w:rFonts w:cstheme="minorHAnsi"/>
          <w:sz w:val="24"/>
          <w:szCs w:val="24"/>
        </w:rPr>
        <w:t xml:space="preserve">        </w:t>
      </w:r>
      <w:r w:rsidR="00925DB9">
        <w:rPr>
          <w:rFonts w:cstheme="minorHAnsi"/>
          <w:sz w:val="24"/>
          <w:szCs w:val="24"/>
        </w:rPr>
        <w:t xml:space="preserve"> double tee     </w:t>
      </w:r>
      <w:r w:rsidR="000B288F">
        <w:rPr>
          <w:rFonts w:cstheme="minorHAnsi"/>
          <w:sz w:val="24"/>
          <w:szCs w:val="24"/>
        </w:rPr>
        <w:t xml:space="preserve">     </w:t>
      </w:r>
      <w:r w:rsidR="00925DB9">
        <w:rPr>
          <w:rFonts w:cstheme="minorHAnsi"/>
          <w:sz w:val="24"/>
          <w:szCs w:val="24"/>
        </w:rPr>
        <w:t xml:space="preserve">  </w:t>
      </w:r>
      <w:r w:rsidR="003254AC">
        <w:rPr>
          <w:rFonts w:cstheme="minorHAnsi"/>
          <w:sz w:val="24"/>
          <w:szCs w:val="24"/>
        </w:rPr>
        <w:t>8:48</w:t>
      </w:r>
    </w:p>
    <w:p w14:paraId="2AEF403F" w14:textId="526987CA" w:rsidR="005E1E0D" w:rsidRDefault="005E1E0D" w:rsidP="006017C5">
      <w:pPr>
        <w:rPr>
          <w:rFonts w:cstheme="minorHAnsi"/>
          <w:sz w:val="24"/>
          <w:szCs w:val="24"/>
        </w:rPr>
      </w:pPr>
      <w:r>
        <w:rPr>
          <w:rFonts w:cstheme="minorHAnsi"/>
          <w:sz w:val="24"/>
          <w:szCs w:val="24"/>
        </w:rPr>
        <w:t xml:space="preserve">September 18 </w:t>
      </w:r>
      <w:r w:rsidR="004F389B">
        <w:rPr>
          <w:rFonts w:cstheme="minorHAnsi"/>
          <w:sz w:val="24"/>
          <w:szCs w:val="24"/>
        </w:rPr>
        <w:t xml:space="preserve">  </w:t>
      </w:r>
      <w:r w:rsidR="00EE72C6">
        <w:rPr>
          <w:rFonts w:cstheme="minorHAnsi"/>
          <w:sz w:val="24"/>
          <w:szCs w:val="24"/>
        </w:rPr>
        <w:t xml:space="preserve">Aberdeen                6 tee times             </w:t>
      </w:r>
      <w:r w:rsidR="000B288F">
        <w:rPr>
          <w:rFonts w:cstheme="minorHAnsi"/>
          <w:sz w:val="24"/>
          <w:szCs w:val="24"/>
        </w:rPr>
        <w:t xml:space="preserve"> </w:t>
      </w:r>
      <w:r w:rsidR="00EE72C6">
        <w:rPr>
          <w:rFonts w:cstheme="minorHAnsi"/>
          <w:sz w:val="24"/>
          <w:szCs w:val="24"/>
        </w:rPr>
        <w:t xml:space="preserve">double tee       </w:t>
      </w:r>
      <w:r w:rsidR="000B288F">
        <w:rPr>
          <w:rFonts w:cstheme="minorHAnsi"/>
          <w:sz w:val="24"/>
          <w:szCs w:val="24"/>
        </w:rPr>
        <w:t xml:space="preserve">  </w:t>
      </w:r>
      <w:r w:rsidR="00EE72C6">
        <w:rPr>
          <w:rFonts w:cstheme="minorHAnsi"/>
          <w:sz w:val="24"/>
          <w:szCs w:val="24"/>
        </w:rPr>
        <w:t xml:space="preserve"> </w:t>
      </w:r>
      <w:r w:rsidR="00193652">
        <w:rPr>
          <w:rFonts w:cstheme="minorHAnsi"/>
          <w:sz w:val="24"/>
          <w:szCs w:val="24"/>
        </w:rPr>
        <w:t>8:48</w:t>
      </w:r>
    </w:p>
    <w:p w14:paraId="0FE95FE2" w14:textId="12A3F038" w:rsidR="00B942E5" w:rsidRDefault="005E1E0D" w:rsidP="006017C5">
      <w:pPr>
        <w:rPr>
          <w:rFonts w:cstheme="minorHAnsi"/>
          <w:sz w:val="24"/>
          <w:szCs w:val="24"/>
        </w:rPr>
      </w:pPr>
      <w:r>
        <w:rPr>
          <w:rFonts w:cstheme="minorHAnsi"/>
          <w:sz w:val="24"/>
          <w:szCs w:val="24"/>
        </w:rPr>
        <w:t>September</w:t>
      </w:r>
      <w:r w:rsidR="009516B4">
        <w:rPr>
          <w:rFonts w:cstheme="minorHAnsi"/>
          <w:sz w:val="24"/>
          <w:szCs w:val="24"/>
        </w:rPr>
        <w:t xml:space="preserve"> 25 </w:t>
      </w:r>
      <w:r w:rsidR="00B942E5">
        <w:rPr>
          <w:rFonts w:cstheme="minorHAnsi"/>
          <w:sz w:val="24"/>
          <w:szCs w:val="24"/>
        </w:rPr>
        <w:t xml:space="preserve"> </w:t>
      </w:r>
      <w:r w:rsidR="004F389B">
        <w:rPr>
          <w:rFonts w:cstheme="minorHAnsi"/>
          <w:sz w:val="24"/>
          <w:szCs w:val="24"/>
        </w:rPr>
        <w:t xml:space="preserve"> </w:t>
      </w:r>
      <w:r w:rsidR="009516B4">
        <w:rPr>
          <w:rFonts w:cstheme="minorHAnsi"/>
          <w:sz w:val="24"/>
          <w:szCs w:val="24"/>
        </w:rPr>
        <w:t xml:space="preserve">Whisper Pines       6 tee times              single tee        </w:t>
      </w:r>
      <w:r w:rsidR="000B288F">
        <w:rPr>
          <w:rFonts w:cstheme="minorHAnsi"/>
          <w:sz w:val="24"/>
          <w:szCs w:val="24"/>
        </w:rPr>
        <w:t xml:space="preserve">   </w:t>
      </w:r>
      <w:r w:rsidR="009516B4">
        <w:rPr>
          <w:rFonts w:cstheme="minorHAnsi"/>
          <w:sz w:val="24"/>
          <w:szCs w:val="24"/>
        </w:rPr>
        <w:t xml:space="preserve"> </w:t>
      </w:r>
      <w:r w:rsidR="00244819">
        <w:rPr>
          <w:rFonts w:cstheme="minorHAnsi"/>
          <w:sz w:val="24"/>
          <w:szCs w:val="24"/>
        </w:rPr>
        <w:t>9:00</w:t>
      </w:r>
    </w:p>
    <w:p w14:paraId="0C2DB364" w14:textId="4BAE980E" w:rsidR="00B10E47" w:rsidRDefault="00A86757" w:rsidP="006017C5">
      <w:pPr>
        <w:rPr>
          <w:rFonts w:cstheme="minorHAnsi"/>
          <w:sz w:val="24"/>
          <w:szCs w:val="24"/>
        </w:rPr>
      </w:pPr>
      <w:r>
        <w:rPr>
          <w:rFonts w:cstheme="minorHAnsi"/>
          <w:sz w:val="24"/>
          <w:szCs w:val="24"/>
        </w:rPr>
        <w:t>October</w:t>
      </w:r>
      <w:r w:rsidR="00204D93">
        <w:rPr>
          <w:rFonts w:cstheme="minorHAnsi"/>
          <w:sz w:val="24"/>
          <w:szCs w:val="24"/>
        </w:rPr>
        <w:t xml:space="preserve">   2    </w:t>
      </w:r>
      <w:r w:rsidR="00B10E47">
        <w:rPr>
          <w:rFonts w:cstheme="minorHAnsi"/>
          <w:sz w:val="24"/>
          <w:szCs w:val="24"/>
        </w:rPr>
        <w:t xml:space="preserve">     </w:t>
      </w:r>
      <w:r w:rsidR="004F389B">
        <w:rPr>
          <w:rFonts w:cstheme="minorHAnsi"/>
          <w:sz w:val="24"/>
          <w:szCs w:val="24"/>
        </w:rPr>
        <w:t xml:space="preserve"> </w:t>
      </w:r>
      <w:r w:rsidR="00B10E47">
        <w:rPr>
          <w:rFonts w:cstheme="minorHAnsi"/>
          <w:sz w:val="24"/>
          <w:szCs w:val="24"/>
        </w:rPr>
        <w:t xml:space="preserve">Brunswick              6 tee times             single tee         </w:t>
      </w:r>
      <w:r w:rsidR="000B288F">
        <w:rPr>
          <w:rFonts w:cstheme="minorHAnsi"/>
          <w:sz w:val="24"/>
          <w:szCs w:val="24"/>
        </w:rPr>
        <w:t xml:space="preserve">  </w:t>
      </w:r>
      <w:r w:rsidR="00B10E47">
        <w:rPr>
          <w:rFonts w:cstheme="minorHAnsi"/>
          <w:sz w:val="24"/>
          <w:szCs w:val="24"/>
        </w:rPr>
        <w:t xml:space="preserve"> </w:t>
      </w:r>
      <w:r w:rsidR="000B3AFA">
        <w:rPr>
          <w:rFonts w:cstheme="minorHAnsi"/>
          <w:sz w:val="24"/>
          <w:szCs w:val="24"/>
        </w:rPr>
        <w:t>9:08</w:t>
      </w:r>
    </w:p>
    <w:p w14:paraId="2B3CCE27" w14:textId="39C5ADDD" w:rsidR="004F389B" w:rsidRDefault="00B10E47" w:rsidP="006017C5">
      <w:pPr>
        <w:rPr>
          <w:rFonts w:cstheme="minorHAnsi"/>
          <w:sz w:val="24"/>
          <w:szCs w:val="24"/>
        </w:rPr>
      </w:pPr>
      <w:r>
        <w:rPr>
          <w:rFonts w:cstheme="minorHAnsi"/>
          <w:sz w:val="24"/>
          <w:szCs w:val="24"/>
        </w:rPr>
        <w:t>October  9</w:t>
      </w:r>
      <w:r w:rsidR="004F389B">
        <w:rPr>
          <w:rFonts w:cstheme="minorHAnsi"/>
          <w:sz w:val="24"/>
          <w:szCs w:val="24"/>
        </w:rPr>
        <w:t xml:space="preserve">         </w:t>
      </w:r>
      <w:r w:rsidR="00204D93">
        <w:rPr>
          <w:rFonts w:cstheme="minorHAnsi"/>
          <w:sz w:val="24"/>
          <w:szCs w:val="24"/>
        </w:rPr>
        <w:t xml:space="preserve">  </w:t>
      </w:r>
      <w:r w:rsidR="003566DD">
        <w:rPr>
          <w:rFonts w:cstheme="minorHAnsi"/>
          <w:sz w:val="24"/>
          <w:szCs w:val="24"/>
        </w:rPr>
        <w:t xml:space="preserve">Southcreek </w:t>
      </w:r>
      <w:r w:rsidR="007D21A9">
        <w:rPr>
          <w:rFonts w:cstheme="minorHAnsi"/>
          <w:sz w:val="24"/>
          <w:szCs w:val="24"/>
        </w:rPr>
        <w:t xml:space="preserve">           </w:t>
      </w:r>
      <w:r w:rsidR="003566DD">
        <w:rPr>
          <w:rFonts w:cstheme="minorHAnsi"/>
          <w:sz w:val="24"/>
          <w:szCs w:val="24"/>
        </w:rPr>
        <w:t xml:space="preserve">6 tee times              double tee        </w:t>
      </w:r>
      <w:r w:rsidR="00471688">
        <w:rPr>
          <w:rFonts w:cstheme="minorHAnsi"/>
          <w:sz w:val="24"/>
          <w:szCs w:val="24"/>
        </w:rPr>
        <w:t xml:space="preserve">   </w:t>
      </w:r>
      <w:r w:rsidR="00EE72C6">
        <w:rPr>
          <w:rFonts w:cstheme="minorHAnsi"/>
          <w:sz w:val="24"/>
          <w:szCs w:val="24"/>
        </w:rPr>
        <w:t>8:33</w:t>
      </w:r>
    </w:p>
    <w:p w14:paraId="67AB90FF" w14:textId="79E9DA07" w:rsidR="004F389B" w:rsidRDefault="004F389B" w:rsidP="006017C5">
      <w:pPr>
        <w:rPr>
          <w:rFonts w:cstheme="minorHAnsi"/>
          <w:sz w:val="24"/>
          <w:szCs w:val="24"/>
        </w:rPr>
      </w:pPr>
      <w:r>
        <w:rPr>
          <w:rFonts w:cstheme="minorHAnsi"/>
          <w:sz w:val="24"/>
          <w:szCs w:val="24"/>
        </w:rPr>
        <w:t xml:space="preserve">October 16          </w:t>
      </w:r>
      <w:r w:rsidR="00113A2B">
        <w:rPr>
          <w:rFonts w:cstheme="minorHAnsi"/>
          <w:sz w:val="24"/>
          <w:szCs w:val="24"/>
        </w:rPr>
        <w:t xml:space="preserve">Arrowhead            6 tee times              </w:t>
      </w:r>
      <w:r w:rsidR="00D94063">
        <w:rPr>
          <w:rFonts w:cstheme="minorHAnsi"/>
          <w:sz w:val="24"/>
          <w:szCs w:val="24"/>
        </w:rPr>
        <w:t>single tee             8:51</w:t>
      </w:r>
    </w:p>
    <w:p w14:paraId="20E08B7C" w14:textId="56009C52" w:rsidR="00A86757" w:rsidRDefault="004F389B" w:rsidP="006017C5">
      <w:pPr>
        <w:rPr>
          <w:rFonts w:cstheme="minorHAnsi"/>
          <w:sz w:val="24"/>
          <w:szCs w:val="24"/>
        </w:rPr>
      </w:pPr>
      <w:r>
        <w:rPr>
          <w:rFonts w:cstheme="minorHAnsi"/>
          <w:sz w:val="24"/>
          <w:szCs w:val="24"/>
        </w:rPr>
        <w:t xml:space="preserve">October  23        Whisper Pines      </w:t>
      </w:r>
      <w:r w:rsidR="00471688">
        <w:rPr>
          <w:rFonts w:cstheme="minorHAnsi"/>
          <w:sz w:val="24"/>
          <w:szCs w:val="24"/>
        </w:rPr>
        <w:t xml:space="preserve"> </w:t>
      </w:r>
      <w:r w:rsidR="00FE61CC">
        <w:rPr>
          <w:rFonts w:cstheme="minorHAnsi"/>
          <w:sz w:val="24"/>
          <w:szCs w:val="24"/>
        </w:rPr>
        <w:t>7</w:t>
      </w:r>
      <w:r>
        <w:rPr>
          <w:rFonts w:cstheme="minorHAnsi"/>
          <w:sz w:val="24"/>
          <w:szCs w:val="24"/>
        </w:rPr>
        <w:t xml:space="preserve"> tee times</w:t>
      </w:r>
      <w:r w:rsidR="00204D93">
        <w:rPr>
          <w:rFonts w:cstheme="minorHAnsi"/>
          <w:sz w:val="24"/>
          <w:szCs w:val="24"/>
        </w:rPr>
        <w:t xml:space="preserve">   </w:t>
      </w:r>
      <w:r w:rsidR="00FE61CC">
        <w:rPr>
          <w:rFonts w:cstheme="minorHAnsi"/>
          <w:sz w:val="24"/>
          <w:szCs w:val="24"/>
        </w:rPr>
        <w:t xml:space="preserve">           single tee        </w:t>
      </w:r>
      <w:r w:rsidR="00471688">
        <w:rPr>
          <w:rFonts w:cstheme="minorHAnsi"/>
          <w:sz w:val="24"/>
          <w:szCs w:val="24"/>
        </w:rPr>
        <w:t xml:space="preserve">  </w:t>
      </w:r>
      <w:r w:rsidR="00FE61CC">
        <w:rPr>
          <w:rFonts w:cstheme="minorHAnsi"/>
          <w:sz w:val="24"/>
          <w:szCs w:val="24"/>
        </w:rPr>
        <w:t xml:space="preserve">  9:00</w:t>
      </w:r>
    </w:p>
    <w:p w14:paraId="5D091E81" w14:textId="29FDF6D1" w:rsidR="00FE61CC" w:rsidRDefault="004443D1" w:rsidP="006017C5">
      <w:pPr>
        <w:rPr>
          <w:rFonts w:cstheme="minorHAnsi"/>
          <w:sz w:val="24"/>
          <w:szCs w:val="24"/>
        </w:rPr>
      </w:pPr>
      <w:r>
        <w:rPr>
          <w:rFonts w:cstheme="minorHAnsi"/>
          <w:sz w:val="24"/>
          <w:szCs w:val="24"/>
        </w:rPr>
        <w:t xml:space="preserve">October 30         Brunswick          </w:t>
      </w:r>
      <w:r w:rsidR="00471688">
        <w:rPr>
          <w:rFonts w:cstheme="minorHAnsi"/>
          <w:sz w:val="24"/>
          <w:szCs w:val="24"/>
        </w:rPr>
        <w:t xml:space="preserve"> </w:t>
      </w:r>
      <w:r>
        <w:rPr>
          <w:rFonts w:cstheme="minorHAnsi"/>
          <w:sz w:val="24"/>
          <w:szCs w:val="24"/>
        </w:rPr>
        <w:t xml:space="preserve">   6 </w:t>
      </w:r>
      <w:r w:rsidR="00547E5D">
        <w:rPr>
          <w:rFonts w:cstheme="minorHAnsi"/>
          <w:sz w:val="24"/>
          <w:szCs w:val="24"/>
        </w:rPr>
        <w:t xml:space="preserve">tee </w:t>
      </w:r>
      <w:r>
        <w:rPr>
          <w:rFonts w:cstheme="minorHAnsi"/>
          <w:sz w:val="24"/>
          <w:szCs w:val="24"/>
        </w:rPr>
        <w:t xml:space="preserve">times              single tee        </w:t>
      </w:r>
      <w:r w:rsidR="00471688">
        <w:rPr>
          <w:rFonts w:cstheme="minorHAnsi"/>
          <w:sz w:val="24"/>
          <w:szCs w:val="24"/>
        </w:rPr>
        <w:t xml:space="preserve">   </w:t>
      </w:r>
      <w:r>
        <w:rPr>
          <w:rFonts w:cstheme="minorHAnsi"/>
          <w:sz w:val="24"/>
          <w:szCs w:val="24"/>
        </w:rPr>
        <w:t xml:space="preserve">  </w:t>
      </w:r>
      <w:r w:rsidR="00BB69AE">
        <w:rPr>
          <w:rFonts w:cstheme="minorHAnsi"/>
          <w:sz w:val="24"/>
          <w:szCs w:val="24"/>
        </w:rPr>
        <w:t>9:16</w:t>
      </w:r>
    </w:p>
    <w:p w14:paraId="3797F07B" w14:textId="4B43FF5F" w:rsidR="00EA2D4E" w:rsidRDefault="00EA2D4E" w:rsidP="006017C5">
      <w:pPr>
        <w:rPr>
          <w:rFonts w:cstheme="minorHAnsi"/>
          <w:sz w:val="24"/>
          <w:szCs w:val="24"/>
        </w:rPr>
      </w:pPr>
      <w:r>
        <w:rPr>
          <w:rFonts w:cstheme="minorHAnsi"/>
          <w:sz w:val="24"/>
          <w:szCs w:val="24"/>
        </w:rPr>
        <w:t xml:space="preserve">November  6     </w:t>
      </w:r>
      <w:r w:rsidR="00A77DAC">
        <w:rPr>
          <w:rFonts w:cstheme="minorHAnsi"/>
          <w:sz w:val="24"/>
          <w:szCs w:val="24"/>
        </w:rPr>
        <w:t xml:space="preserve"> MBN West      </w:t>
      </w:r>
      <w:r w:rsidR="00471688">
        <w:rPr>
          <w:rFonts w:cstheme="minorHAnsi"/>
          <w:sz w:val="24"/>
          <w:szCs w:val="24"/>
        </w:rPr>
        <w:t xml:space="preserve"> </w:t>
      </w:r>
      <w:r w:rsidR="00A77DAC">
        <w:rPr>
          <w:rFonts w:cstheme="minorHAnsi"/>
          <w:sz w:val="24"/>
          <w:szCs w:val="24"/>
        </w:rPr>
        <w:t xml:space="preserve">       6 tee times              double tee        </w:t>
      </w:r>
      <w:r w:rsidR="00471688">
        <w:rPr>
          <w:rFonts w:cstheme="minorHAnsi"/>
          <w:sz w:val="24"/>
          <w:szCs w:val="24"/>
        </w:rPr>
        <w:t xml:space="preserve">  </w:t>
      </w:r>
      <w:r w:rsidR="00A77DAC">
        <w:rPr>
          <w:rFonts w:cstheme="minorHAnsi"/>
          <w:sz w:val="24"/>
          <w:szCs w:val="24"/>
        </w:rPr>
        <w:t xml:space="preserve"> </w:t>
      </w:r>
      <w:r w:rsidR="00EB172A">
        <w:rPr>
          <w:rFonts w:cstheme="minorHAnsi"/>
          <w:sz w:val="24"/>
          <w:szCs w:val="24"/>
        </w:rPr>
        <w:t>8:34</w:t>
      </w:r>
    </w:p>
    <w:p w14:paraId="4D97983A" w14:textId="0DDD303A" w:rsidR="00EA2D4E" w:rsidRDefault="00EA2D4E" w:rsidP="006017C5">
      <w:pPr>
        <w:rPr>
          <w:rFonts w:cstheme="minorHAnsi"/>
          <w:sz w:val="24"/>
          <w:szCs w:val="24"/>
        </w:rPr>
      </w:pPr>
      <w:r>
        <w:rPr>
          <w:rFonts w:cstheme="minorHAnsi"/>
          <w:sz w:val="24"/>
          <w:szCs w:val="24"/>
        </w:rPr>
        <w:t xml:space="preserve">November 13     </w:t>
      </w:r>
      <w:r w:rsidR="00EB172A">
        <w:rPr>
          <w:rFonts w:cstheme="minorHAnsi"/>
          <w:sz w:val="24"/>
          <w:szCs w:val="24"/>
        </w:rPr>
        <w:t>River Hills              6 tee time</w:t>
      </w:r>
      <w:r w:rsidR="00236D7E">
        <w:rPr>
          <w:rFonts w:cstheme="minorHAnsi"/>
          <w:sz w:val="24"/>
          <w:szCs w:val="24"/>
        </w:rPr>
        <w:t xml:space="preserve">s              double tee        </w:t>
      </w:r>
      <w:r w:rsidR="00984EDB">
        <w:rPr>
          <w:rFonts w:cstheme="minorHAnsi"/>
          <w:sz w:val="24"/>
          <w:szCs w:val="24"/>
        </w:rPr>
        <w:t xml:space="preserve">  </w:t>
      </w:r>
      <w:r w:rsidR="00236D7E">
        <w:rPr>
          <w:rFonts w:cstheme="minorHAnsi"/>
          <w:sz w:val="24"/>
          <w:szCs w:val="24"/>
        </w:rPr>
        <w:t xml:space="preserve"> 8:36</w:t>
      </w:r>
    </w:p>
    <w:p w14:paraId="386FD04F" w14:textId="798FD5D1" w:rsidR="00EA2D4E" w:rsidRDefault="00867C35" w:rsidP="006017C5">
      <w:pPr>
        <w:rPr>
          <w:rFonts w:cstheme="minorHAnsi"/>
          <w:sz w:val="24"/>
          <w:szCs w:val="24"/>
        </w:rPr>
      </w:pPr>
      <w:r>
        <w:rPr>
          <w:rFonts w:cstheme="minorHAnsi"/>
          <w:sz w:val="24"/>
          <w:szCs w:val="24"/>
        </w:rPr>
        <w:t xml:space="preserve">November 20      Whisper Pines      6 </w:t>
      </w:r>
      <w:r w:rsidR="00547E5D">
        <w:rPr>
          <w:rFonts w:cstheme="minorHAnsi"/>
          <w:sz w:val="24"/>
          <w:szCs w:val="24"/>
        </w:rPr>
        <w:t xml:space="preserve">tee </w:t>
      </w:r>
      <w:r>
        <w:rPr>
          <w:rFonts w:cstheme="minorHAnsi"/>
          <w:sz w:val="24"/>
          <w:szCs w:val="24"/>
        </w:rPr>
        <w:t>times</w:t>
      </w:r>
      <w:r w:rsidR="00547E5D">
        <w:rPr>
          <w:rFonts w:cstheme="minorHAnsi"/>
          <w:sz w:val="24"/>
          <w:szCs w:val="24"/>
        </w:rPr>
        <w:t xml:space="preserve">              single tee           </w:t>
      </w:r>
      <w:r w:rsidR="00984EDB">
        <w:rPr>
          <w:rFonts w:cstheme="minorHAnsi"/>
          <w:sz w:val="24"/>
          <w:szCs w:val="24"/>
        </w:rPr>
        <w:t xml:space="preserve"> </w:t>
      </w:r>
      <w:r w:rsidR="00EB172A">
        <w:rPr>
          <w:rFonts w:cstheme="minorHAnsi"/>
          <w:sz w:val="24"/>
          <w:szCs w:val="24"/>
        </w:rPr>
        <w:t>9:00</w:t>
      </w:r>
    </w:p>
    <w:p w14:paraId="28C20DE2" w14:textId="76FBD3FD" w:rsidR="000849D1" w:rsidRDefault="000849D1" w:rsidP="006017C5">
      <w:pPr>
        <w:rPr>
          <w:rFonts w:cstheme="minorHAnsi"/>
          <w:sz w:val="24"/>
          <w:szCs w:val="24"/>
        </w:rPr>
      </w:pPr>
      <w:r>
        <w:rPr>
          <w:rFonts w:cstheme="minorHAnsi"/>
          <w:sz w:val="24"/>
          <w:szCs w:val="24"/>
        </w:rPr>
        <w:lastRenderedPageBreak/>
        <w:t xml:space="preserve">November </w:t>
      </w:r>
      <w:r w:rsidR="00C709D7">
        <w:rPr>
          <w:rFonts w:cstheme="minorHAnsi"/>
          <w:sz w:val="24"/>
          <w:szCs w:val="24"/>
        </w:rPr>
        <w:t>27      Thankgiving        no event</w:t>
      </w:r>
    </w:p>
    <w:p w14:paraId="4F4491DA" w14:textId="17A29C38" w:rsidR="00C709D7" w:rsidRDefault="00C709D7" w:rsidP="006017C5">
      <w:pPr>
        <w:rPr>
          <w:rFonts w:cstheme="minorHAnsi"/>
          <w:sz w:val="24"/>
          <w:szCs w:val="24"/>
        </w:rPr>
      </w:pPr>
      <w:r>
        <w:rPr>
          <w:rFonts w:cstheme="minorHAnsi"/>
          <w:sz w:val="24"/>
          <w:szCs w:val="24"/>
        </w:rPr>
        <w:t>December</w:t>
      </w:r>
      <w:r w:rsidR="00E132FA">
        <w:rPr>
          <w:rFonts w:cstheme="minorHAnsi"/>
          <w:sz w:val="24"/>
          <w:szCs w:val="24"/>
        </w:rPr>
        <w:t xml:space="preserve">  4        </w:t>
      </w:r>
      <w:r w:rsidR="0079755D">
        <w:rPr>
          <w:rFonts w:cstheme="minorHAnsi"/>
          <w:sz w:val="24"/>
          <w:szCs w:val="24"/>
        </w:rPr>
        <w:t>Arrowhead</w:t>
      </w:r>
      <w:r w:rsidR="00E132FA">
        <w:rPr>
          <w:rFonts w:cstheme="minorHAnsi"/>
          <w:sz w:val="24"/>
          <w:szCs w:val="24"/>
        </w:rPr>
        <w:t xml:space="preserve">             6 tee times              </w:t>
      </w:r>
      <w:r w:rsidR="0079755D">
        <w:rPr>
          <w:rFonts w:cstheme="minorHAnsi"/>
          <w:sz w:val="24"/>
          <w:szCs w:val="24"/>
        </w:rPr>
        <w:t>double</w:t>
      </w:r>
      <w:r w:rsidR="00E132FA">
        <w:rPr>
          <w:rFonts w:cstheme="minorHAnsi"/>
          <w:sz w:val="24"/>
          <w:szCs w:val="24"/>
        </w:rPr>
        <w:t xml:space="preserve"> tee         </w:t>
      </w:r>
      <w:r w:rsidR="0079755D">
        <w:rPr>
          <w:rFonts w:cstheme="minorHAnsi"/>
          <w:sz w:val="24"/>
          <w:szCs w:val="24"/>
        </w:rPr>
        <w:t>11:42</w:t>
      </w:r>
    </w:p>
    <w:p w14:paraId="2BD03EFC" w14:textId="3B3739B5" w:rsidR="00E132FA" w:rsidRDefault="003C5B0C" w:rsidP="006017C5">
      <w:pPr>
        <w:rPr>
          <w:rFonts w:cstheme="minorHAnsi"/>
          <w:sz w:val="24"/>
          <w:szCs w:val="24"/>
        </w:rPr>
      </w:pPr>
      <w:r>
        <w:rPr>
          <w:rFonts w:cstheme="minorHAnsi"/>
          <w:sz w:val="24"/>
          <w:szCs w:val="24"/>
        </w:rPr>
        <w:t xml:space="preserve">December 11       </w:t>
      </w:r>
      <w:r w:rsidR="002876A5">
        <w:rPr>
          <w:rFonts w:cstheme="minorHAnsi"/>
          <w:sz w:val="24"/>
          <w:szCs w:val="24"/>
        </w:rPr>
        <w:t xml:space="preserve">Wild Wing              6 tee times              double tee         </w:t>
      </w:r>
      <w:r w:rsidR="002D36D5">
        <w:rPr>
          <w:rFonts w:cstheme="minorHAnsi"/>
          <w:sz w:val="24"/>
          <w:szCs w:val="24"/>
        </w:rPr>
        <w:t>8:45</w:t>
      </w:r>
    </w:p>
    <w:p w14:paraId="34C3A3E8" w14:textId="038A799F" w:rsidR="003C5B0C" w:rsidRDefault="003C5B0C" w:rsidP="006017C5">
      <w:pPr>
        <w:rPr>
          <w:rFonts w:cstheme="minorHAnsi"/>
          <w:sz w:val="24"/>
          <w:szCs w:val="24"/>
        </w:rPr>
      </w:pPr>
      <w:r>
        <w:rPr>
          <w:rFonts w:cstheme="minorHAnsi"/>
          <w:sz w:val="24"/>
          <w:szCs w:val="24"/>
        </w:rPr>
        <w:t xml:space="preserve">December 18       </w:t>
      </w:r>
      <w:r w:rsidR="000408D2">
        <w:rPr>
          <w:rFonts w:cstheme="minorHAnsi"/>
          <w:sz w:val="24"/>
          <w:szCs w:val="24"/>
        </w:rPr>
        <w:t xml:space="preserve">Meadowlands       </w:t>
      </w:r>
      <w:r w:rsidR="00F22E35">
        <w:rPr>
          <w:rFonts w:cstheme="minorHAnsi"/>
          <w:sz w:val="24"/>
          <w:szCs w:val="24"/>
        </w:rPr>
        <w:t>6 tee times              double tee          8:26</w:t>
      </w:r>
    </w:p>
    <w:sectPr w:rsidR="003C5B0C" w:rsidSect="000F1628">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B20B6" w14:textId="77777777" w:rsidR="009617B4" w:rsidRDefault="009617B4">
      <w:pPr>
        <w:spacing w:after="0" w:line="240" w:lineRule="auto"/>
      </w:pPr>
      <w:r>
        <w:separator/>
      </w:r>
    </w:p>
  </w:endnote>
  <w:endnote w:type="continuationSeparator" w:id="0">
    <w:p w14:paraId="210407AB" w14:textId="77777777" w:rsidR="009617B4" w:rsidRDefault="00961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Roboto Slab">
    <w:charset w:val="00"/>
    <w:family w:val="auto"/>
    <w:pitch w:val="variable"/>
    <w:sig w:usb0="000004FF" w:usb1="8000405F" w:usb2="00000022"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0E503" w14:textId="77777777" w:rsidR="009617B4" w:rsidRDefault="009617B4">
      <w:pPr>
        <w:spacing w:after="0" w:line="240" w:lineRule="auto"/>
      </w:pPr>
      <w:r>
        <w:separator/>
      </w:r>
    </w:p>
  </w:footnote>
  <w:footnote w:type="continuationSeparator" w:id="0">
    <w:p w14:paraId="77EBFF1E" w14:textId="77777777" w:rsidR="009617B4" w:rsidRDefault="00961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769C7" w14:textId="77777777" w:rsidR="006B1E9A" w:rsidRDefault="006B1E9A">
    <w:pPr>
      <w:pStyle w:val="Header"/>
    </w:pPr>
  </w:p>
  <w:p w14:paraId="0A31F434" w14:textId="77777777" w:rsidR="006B1E9A" w:rsidRDefault="002042E5">
    <w:pPr>
      <w:jc w:val="center"/>
    </w:pPr>
    <w:r>
      <w:rPr>
        <w:noProof/>
      </w:rPr>
      <w:drawing>
        <wp:inline distT="0" distB="0" distL="0" distR="0" wp14:anchorId="04BAC25A" wp14:editId="0BBEB111">
          <wp:extent cx="1371600" cy="137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Aug 10, 2025, 02_22_43 PM.png"/>
                  <pic:cNvPicPr/>
                </pic:nvPicPr>
                <pic:blipFill>
                  <a:blip r:embed="rId1"/>
                  <a:stretch>
                    <a:fillRect/>
                  </a:stretch>
                </pic:blipFill>
                <pic:spPr>
                  <a:xfrm>
                    <a:off x="0" y="0"/>
                    <a:ext cx="1371600" cy="1371600"/>
                  </a:xfrm>
                  <a:prstGeom prst="rect">
                    <a:avLst/>
                  </a:prstGeom>
                </pic:spPr>
              </pic:pic>
            </a:graphicData>
          </a:graphic>
        </wp:inline>
      </w:drawing>
    </w:r>
  </w:p>
  <w:p w14:paraId="39721A93" w14:textId="77777777" w:rsidR="006B1E9A" w:rsidRDefault="002042E5">
    <w:pPr>
      <w:jc w:val="center"/>
    </w:pPr>
    <w:r>
      <w:rPr>
        <w:b/>
      </w:rPr>
      <w:t>Competition • Camaraderie • Reward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BD03B0"/>
    <w:multiLevelType w:val="hybridMultilevel"/>
    <w:tmpl w:val="54BAD8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B614030"/>
    <w:multiLevelType w:val="hybridMultilevel"/>
    <w:tmpl w:val="72A6B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8970C5"/>
    <w:multiLevelType w:val="hybridMultilevel"/>
    <w:tmpl w:val="E6DAE7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EF1429B"/>
    <w:multiLevelType w:val="hybridMultilevel"/>
    <w:tmpl w:val="E85A5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E69EE"/>
    <w:multiLevelType w:val="hybridMultilevel"/>
    <w:tmpl w:val="5616F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721E19"/>
    <w:multiLevelType w:val="hybridMultilevel"/>
    <w:tmpl w:val="9A427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9C1111"/>
    <w:multiLevelType w:val="multilevel"/>
    <w:tmpl w:val="C70C9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1E3CD4"/>
    <w:multiLevelType w:val="hybridMultilevel"/>
    <w:tmpl w:val="B7C6CB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E696630"/>
    <w:multiLevelType w:val="hybridMultilevel"/>
    <w:tmpl w:val="136090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E233F1A"/>
    <w:multiLevelType w:val="hybridMultilevel"/>
    <w:tmpl w:val="EF0E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FF0A48"/>
    <w:multiLevelType w:val="hybridMultilevel"/>
    <w:tmpl w:val="29805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31164A"/>
    <w:multiLevelType w:val="hybridMultilevel"/>
    <w:tmpl w:val="4F6C35DC"/>
    <w:lvl w:ilvl="0" w:tplc="57EE9A94">
      <w:start w:val="1"/>
      <w:numFmt w:val="upperRoman"/>
      <w:lvlText w:val="%1."/>
      <w:lvlJc w:val="left"/>
      <w:pPr>
        <w:ind w:left="1080" w:hanging="720"/>
      </w:pPr>
      <w:rPr>
        <w:rFonts w:hint="default"/>
      </w:rPr>
    </w:lvl>
    <w:lvl w:ilvl="1" w:tplc="9AC2A194">
      <w:numFmt w:val="bullet"/>
      <w:lvlText w:val="-"/>
      <w:lvlJc w:val="left"/>
      <w:pPr>
        <w:ind w:left="1440" w:hanging="360"/>
      </w:pPr>
      <w:rPr>
        <w:rFonts w:ascii="Cambria" w:eastAsiaTheme="minorEastAsia" w:hAnsi="Cambria"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4E694C"/>
    <w:multiLevelType w:val="hybridMultilevel"/>
    <w:tmpl w:val="8F84488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2" w15:restartNumberingAfterBreak="0">
    <w:nsid w:val="7A444692"/>
    <w:multiLevelType w:val="multilevel"/>
    <w:tmpl w:val="165E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FD1587"/>
    <w:multiLevelType w:val="hybridMultilevel"/>
    <w:tmpl w:val="1A1AC882"/>
    <w:lvl w:ilvl="0" w:tplc="04090001">
      <w:start w:val="1"/>
      <w:numFmt w:val="bullet"/>
      <w:lvlText w:val=""/>
      <w:lvlJc w:val="left"/>
      <w:pPr>
        <w:ind w:left="1848" w:hanging="360"/>
      </w:pPr>
      <w:rPr>
        <w:rFonts w:ascii="Symbol" w:hAnsi="Symbol"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num w:numId="1" w16cid:durableId="890384952">
    <w:abstractNumId w:val="8"/>
  </w:num>
  <w:num w:numId="2" w16cid:durableId="1460613910">
    <w:abstractNumId w:val="6"/>
  </w:num>
  <w:num w:numId="3" w16cid:durableId="941255338">
    <w:abstractNumId w:val="5"/>
  </w:num>
  <w:num w:numId="4" w16cid:durableId="1431126236">
    <w:abstractNumId w:val="4"/>
  </w:num>
  <w:num w:numId="5" w16cid:durableId="1247348966">
    <w:abstractNumId w:val="7"/>
  </w:num>
  <w:num w:numId="6" w16cid:durableId="989752430">
    <w:abstractNumId w:val="3"/>
  </w:num>
  <w:num w:numId="7" w16cid:durableId="96414578">
    <w:abstractNumId w:val="2"/>
  </w:num>
  <w:num w:numId="8" w16cid:durableId="1832523940">
    <w:abstractNumId w:val="1"/>
  </w:num>
  <w:num w:numId="9" w16cid:durableId="1278097734">
    <w:abstractNumId w:val="0"/>
  </w:num>
  <w:num w:numId="10" w16cid:durableId="405736379">
    <w:abstractNumId w:val="22"/>
  </w:num>
  <w:num w:numId="11" w16cid:durableId="1721587027">
    <w:abstractNumId w:val="15"/>
  </w:num>
  <w:num w:numId="12" w16cid:durableId="1950119521">
    <w:abstractNumId w:val="20"/>
  </w:num>
  <w:num w:numId="13" w16cid:durableId="571506299">
    <w:abstractNumId w:val="23"/>
  </w:num>
  <w:num w:numId="14" w16cid:durableId="1320765426">
    <w:abstractNumId w:val="16"/>
  </w:num>
  <w:num w:numId="15" w16cid:durableId="627010762">
    <w:abstractNumId w:val="18"/>
  </w:num>
  <w:num w:numId="16" w16cid:durableId="979116931">
    <w:abstractNumId w:val="12"/>
  </w:num>
  <w:num w:numId="17" w16cid:durableId="2048676779">
    <w:abstractNumId w:val="11"/>
  </w:num>
  <w:num w:numId="18" w16cid:durableId="640841744">
    <w:abstractNumId w:val="17"/>
  </w:num>
  <w:num w:numId="19" w16cid:durableId="1355766282">
    <w:abstractNumId w:val="9"/>
  </w:num>
  <w:num w:numId="20" w16cid:durableId="1894850083">
    <w:abstractNumId w:val="19"/>
  </w:num>
  <w:num w:numId="21" w16cid:durableId="1695955377">
    <w:abstractNumId w:val="21"/>
  </w:num>
  <w:num w:numId="22" w16cid:durableId="1328635194">
    <w:abstractNumId w:val="14"/>
  </w:num>
  <w:num w:numId="23" w16cid:durableId="133447543">
    <w:abstractNumId w:val="10"/>
  </w:num>
  <w:num w:numId="24" w16cid:durableId="7071460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1B2A"/>
    <w:rsid w:val="00005506"/>
    <w:rsid w:val="000178D3"/>
    <w:rsid w:val="000333A0"/>
    <w:rsid w:val="00034616"/>
    <w:rsid w:val="000408D2"/>
    <w:rsid w:val="00040F95"/>
    <w:rsid w:val="00043FB4"/>
    <w:rsid w:val="00050BBC"/>
    <w:rsid w:val="00053957"/>
    <w:rsid w:val="00054858"/>
    <w:rsid w:val="0006063C"/>
    <w:rsid w:val="00067585"/>
    <w:rsid w:val="000765C2"/>
    <w:rsid w:val="000849D1"/>
    <w:rsid w:val="00086527"/>
    <w:rsid w:val="00087B85"/>
    <w:rsid w:val="00097312"/>
    <w:rsid w:val="000A3414"/>
    <w:rsid w:val="000B1649"/>
    <w:rsid w:val="000B288F"/>
    <w:rsid w:val="000B3AFA"/>
    <w:rsid w:val="000B5C9A"/>
    <w:rsid w:val="000E7DB5"/>
    <w:rsid w:val="000F1628"/>
    <w:rsid w:val="000F70FB"/>
    <w:rsid w:val="001012EE"/>
    <w:rsid w:val="0010596F"/>
    <w:rsid w:val="00113A2B"/>
    <w:rsid w:val="00114DBD"/>
    <w:rsid w:val="001325C2"/>
    <w:rsid w:val="00136182"/>
    <w:rsid w:val="00141235"/>
    <w:rsid w:val="001432A7"/>
    <w:rsid w:val="0015074B"/>
    <w:rsid w:val="0015123B"/>
    <w:rsid w:val="00176127"/>
    <w:rsid w:val="001766B5"/>
    <w:rsid w:val="00180073"/>
    <w:rsid w:val="0018283B"/>
    <w:rsid w:val="00193652"/>
    <w:rsid w:val="001B2BF6"/>
    <w:rsid w:val="001B3AEE"/>
    <w:rsid w:val="001C1F1F"/>
    <w:rsid w:val="001E265B"/>
    <w:rsid w:val="00203B08"/>
    <w:rsid w:val="002042E5"/>
    <w:rsid w:val="00204D93"/>
    <w:rsid w:val="0022178E"/>
    <w:rsid w:val="0023680A"/>
    <w:rsid w:val="00236D7E"/>
    <w:rsid w:val="002447B5"/>
    <w:rsid w:val="00244819"/>
    <w:rsid w:val="0026662B"/>
    <w:rsid w:val="00273F77"/>
    <w:rsid w:val="002876A5"/>
    <w:rsid w:val="002947FA"/>
    <w:rsid w:val="00295CBE"/>
    <w:rsid w:val="0029639D"/>
    <w:rsid w:val="002B584E"/>
    <w:rsid w:val="002C3046"/>
    <w:rsid w:val="002D1373"/>
    <w:rsid w:val="002D36D5"/>
    <w:rsid w:val="002D4365"/>
    <w:rsid w:val="002D46E5"/>
    <w:rsid w:val="002E150C"/>
    <w:rsid w:val="00302FD5"/>
    <w:rsid w:val="003072F8"/>
    <w:rsid w:val="00313C4E"/>
    <w:rsid w:val="00315042"/>
    <w:rsid w:val="00323447"/>
    <w:rsid w:val="003254AC"/>
    <w:rsid w:val="00326F90"/>
    <w:rsid w:val="003354FA"/>
    <w:rsid w:val="00342E85"/>
    <w:rsid w:val="003566DD"/>
    <w:rsid w:val="003570D1"/>
    <w:rsid w:val="00373A3D"/>
    <w:rsid w:val="00377449"/>
    <w:rsid w:val="00377513"/>
    <w:rsid w:val="00377E36"/>
    <w:rsid w:val="00396942"/>
    <w:rsid w:val="003C2672"/>
    <w:rsid w:val="003C5B0C"/>
    <w:rsid w:val="003D55AB"/>
    <w:rsid w:val="003F02B1"/>
    <w:rsid w:val="003F23FA"/>
    <w:rsid w:val="003F72D2"/>
    <w:rsid w:val="004015A4"/>
    <w:rsid w:val="004048D8"/>
    <w:rsid w:val="00414851"/>
    <w:rsid w:val="00430C2B"/>
    <w:rsid w:val="00434545"/>
    <w:rsid w:val="004443D1"/>
    <w:rsid w:val="0045406D"/>
    <w:rsid w:val="00463615"/>
    <w:rsid w:val="004642FA"/>
    <w:rsid w:val="00471678"/>
    <w:rsid w:val="00471688"/>
    <w:rsid w:val="00485AAA"/>
    <w:rsid w:val="00497D29"/>
    <w:rsid w:val="004A6604"/>
    <w:rsid w:val="004B7F3E"/>
    <w:rsid w:val="004C6A7A"/>
    <w:rsid w:val="004C6E2D"/>
    <w:rsid w:val="004D2C85"/>
    <w:rsid w:val="004D3550"/>
    <w:rsid w:val="004E4A14"/>
    <w:rsid w:val="004F073E"/>
    <w:rsid w:val="004F389B"/>
    <w:rsid w:val="004F77BD"/>
    <w:rsid w:val="00512CE5"/>
    <w:rsid w:val="00514B2E"/>
    <w:rsid w:val="00517761"/>
    <w:rsid w:val="00534651"/>
    <w:rsid w:val="005377AF"/>
    <w:rsid w:val="00547E5D"/>
    <w:rsid w:val="00555254"/>
    <w:rsid w:val="00591BFC"/>
    <w:rsid w:val="005A1B1D"/>
    <w:rsid w:val="005A3B1F"/>
    <w:rsid w:val="005A408A"/>
    <w:rsid w:val="005A4547"/>
    <w:rsid w:val="005C4206"/>
    <w:rsid w:val="005D4BCA"/>
    <w:rsid w:val="005E1350"/>
    <w:rsid w:val="005E1E0D"/>
    <w:rsid w:val="006017C5"/>
    <w:rsid w:val="006075B9"/>
    <w:rsid w:val="006157A6"/>
    <w:rsid w:val="00616B5C"/>
    <w:rsid w:val="00620AAB"/>
    <w:rsid w:val="00621B9D"/>
    <w:rsid w:val="00631E01"/>
    <w:rsid w:val="00635403"/>
    <w:rsid w:val="00670E8C"/>
    <w:rsid w:val="006710B8"/>
    <w:rsid w:val="00672189"/>
    <w:rsid w:val="0069040A"/>
    <w:rsid w:val="006B1E9A"/>
    <w:rsid w:val="006D056E"/>
    <w:rsid w:val="006E2DA1"/>
    <w:rsid w:val="006E3422"/>
    <w:rsid w:val="006E640B"/>
    <w:rsid w:val="006E68D3"/>
    <w:rsid w:val="006F4E73"/>
    <w:rsid w:val="0070424A"/>
    <w:rsid w:val="00704EB6"/>
    <w:rsid w:val="007114E6"/>
    <w:rsid w:val="0071297D"/>
    <w:rsid w:val="00716FA9"/>
    <w:rsid w:val="007201DA"/>
    <w:rsid w:val="0072549F"/>
    <w:rsid w:val="00725CC5"/>
    <w:rsid w:val="00730F95"/>
    <w:rsid w:val="00743BEA"/>
    <w:rsid w:val="0074579F"/>
    <w:rsid w:val="00750ACD"/>
    <w:rsid w:val="00754AB2"/>
    <w:rsid w:val="00761539"/>
    <w:rsid w:val="007647A5"/>
    <w:rsid w:val="007657AD"/>
    <w:rsid w:val="007675E7"/>
    <w:rsid w:val="007717E3"/>
    <w:rsid w:val="00792D28"/>
    <w:rsid w:val="0079755D"/>
    <w:rsid w:val="007D21A9"/>
    <w:rsid w:val="007E5818"/>
    <w:rsid w:val="00810367"/>
    <w:rsid w:val="00812AC7"/>
    <w:rsid w:val="00816DAA"/>
    <w:rsid w:val="00816DE1"/>
    <w:rsid w:val="00851C77"/>
    <w:rsid w:val="00867C35"/>
    <w:rsid w:val="008707BB"/>
    <w:rsid w:val="00871531"/>
    <w:rsid w:val="00875E20"/>
    <w:rsid w:val="00876AF8"/>
    <w:rsid w:val="00881323"/>
    <w:rsid w:val="00896E34"/>
    <w:rsid w:val="008B2745"/>
    <w:rsid w:val="008D09EB"/>
    <w:rsid w:val="008D15B4"/>
    <w:rsid w:val="008D1A42"/>
    <w:rsid w:val="008D55C3"/>
    <w:rsid w:val="008F5A88"/>
    <w:rsid w:val="00904E63"/>
    <w:rsid w:val="00912087"/>
    <w:rsid w:val="0091483E"/>
    <w:rsid w:val="00920E5A"/>
    <w:rsid w:val="00925752"/>
    <w:rsid w:val="00925DB9"/>
    <w:rsid w:val="00941A95"/>
    <w:rsid w:val="00946B36"/>
    <w:rsid w:val="00950322"/>
    <w:rsid w:val="009516B4"/>
    <w:rsid w:val="009534DE"/>
    <w:rsid w:val="00953D74"/>
    <w:rsid w:val="0095434E"/>
    <w:rsid w:val="009617B4"/>
    <w:rsid w:val="00967637"/>
    <w:rsid w:val="009762EC"/>
    <w:rsid w:val="00982634"/>
    <w:rsid w:val="00984EDB"/>
    <w:rsid w:val="009912AF"/>
    <w:rsid w:val="00994F51"/>
    <w:rsid w:val="009A2086"/>
    <w:rsid w:val="009B2064"/>
    <w:rsid w:val="009B6C79"/>
    <w:rsid w:val="009D61A9"/>
    <w:rsid w:val="009D6387"/>
    <w:rsid w:val="009F2ED6"/>
    <w:rsid w:val="009F3381"/>
    <w:rsid w:val="009F4428"/>
    <w:rsid w:val="00A008B1"/>
    <w:rsid w:val="00A12ECC"/>
    <w:rsid w:val="00A32E1A"/>
    <w:rsid w:val="00A3686C"/>
    <w:rsid w:val="00A5651C"/>
    <w:rsid w:val="00A648EC"/>
    <w:rsid w:val="00A71407"/>
    <w:rsid w:val="00A72CAE"/>
    <w:rsid w:val="00A73CE3"/>
    <w:rsid w:val="00A76055"/>
    <w:rsid w:val="00A77B13"/>
    <w:rsid w:val="00A77DAC"/>
    <w:rsid w:val="00A826A5"/>
    <w:rsid w:val="00A857F0"/>
    <w:rsid w:val="00A86757"/>
    <w:rsid w:val="00AA1D8D"/>
    <w:rsid w:val="00AA4563"/>
    <w:rsid w:val="00B10E47"/>
    <w:rsid w:val="00B144CB"/>
    <w:rsid w:val="00B40062"/>
    <w:rsid w:val="00B403C0"/>
    <w:rsid w:val="00B40F18"/>
    <w:rsid w:val="00B47730"/>
    <w:rsid w:val="00B522CE"/>
    <w:rsid w:val="00B53C52"/>
    <w:rsid w:val="00B57E71"/>
    <w:rsid w:val="00B63729"/>
    <w:rsid w:val="00B76BE7"/>
    <w:rsid w:val="00B942E5"/>
    <w:rsid w:val="00B95209"/>
    <w:rsid w:val="00BA67CA"/>
    <w:rsid w:val="00BB281F"/>
    <w:rsid w:val="00BB5739"/>
    <w:rsid w:val="00BB69AE"/>
    <w:rsid w:val="00BC115E"/>
    <w:rsid w:val="00BC3EFA"/>
    <w:rsid w:val="00BC6731"/>
    <w:rsid w:val="00BD3536"/>
    <w:rsid w:val="00BE7691"/>
    <w:rsid w:val="00C31011"/>
    <w:rsid w:val="00C340C3"/>
    <w:rsid w:val="00C350D1"/>
    <w:rsid w:val="00C425B0"/>
    <w:rsid w:val="00C45D65"/>
    <w:rsid w:val="00C47A04"/>
    <w:rsid w:val="00C528DD"/>
    <w:rsid w:val="00C6263B"/>
    <w:rsid w:val="00C66C54"/>
    <w:rsid w:val="00C7016B"/>
    <w:rsid w:val="00C709D7"/>
    <w:rsid w:val="00C7554F"/>
    <w:rsid w:val="00C81763"/>
    <w:rsid w:val="00CA41C0"/>
    <w:rsid w:val="00CA60DB"/>
    <w:rsid w:val="00CB0664"/>
    <w:rsid w:val="00CE38CA"/>
    <w:rsid w:val="00CF4FE7"/>
    <w:rsid w:val="00D6694F"/>
    <w:rsid w:val="00D70BAC"/>
    <w:rsid w:val="00D70BCB"/>
    <w:rsid w:val="00D76665"/>
    <w:rsid w:val="00D8081C"/>
    <w:rsid w:val="00D812E1"/>
    <w:rsid w:val="00D8416F"/>
    <w:rsid w:val="00D87DAC"/>
    <w:rsid w:val="00D94063"/>
    <w:rsid w:val="00DA1B46"/>
    <w:rsid w:val="00DA2E04"/>
    <w:rsid w:val="00DA3B5F"/>
    <w:rsid w:val="00DB18D6"/>
    <w:rsid w:val="00DC2744"/>
    <w:rsid w:val="00DD3464"/>
    <w:rsid w:val="00DD38EC"/>
    <w:rsid w:val="00DE17DC"/>
    <w:rsid w:val="00E01359"/>
    <w:rsid w:val="00E02F04"/>
    <w:rsid w:val="00E132FA"/>
    <w:rsid w:val="00E242CD"/>
    <w:rsid w:val="00E37C21"/>
    <w:rsid w:val="00E44D94"/>
    <w:rsid w:val="00E61194"/>
    <w:rsid w:val="00E666FE"/>
    <w:rsid w:val="00EA23C3"/>
    <w:rsid w:val="00EA2D4E"/>
    <w:rsid w:val="00EA7E41"/>
    <w:rsid w:val="00EB172A"/>
    <w:rsid w:val="00EC0BF9"/>
    <w:rsid w:val="00EC4264"/>
    <w:rsid w:val="00EE3322"/>
    <w:rsid w:val="00EE4689"/>
    <w:rsid w:val="00EE72C6"/>
    <w:rsid w:val="00EE7A06"/>
    <w:rsid w:val="00EF1FA1"/>
    <w:rsid w:val="00F07EA9"/>
    <w:rsid w:val="00F11F49"/>
    <w:rsid w:val="00F22E35"/>
    <w:rsid w:val="00F25902"/>
    <w:rsid w:val="00F35786"/>
    <w:rsid w:val="00F43F39"/>
    <w:rsid w:val="00F47AF0"/>
    <w:rsid w:val="00F53D66"/>
    <w:rsid w:val="00F6358C"/>
    <w:rsid w:val="00F64264"/>
    <w:rsid w:val="00F65A3B"/>
    <w:rsid w:val="00F73DA4"/>
    <w:rsid w:val="00F7458A"/>
    <w:rsid w:val="00F76C27"/>
    <w:rsid w:val="00F77320"/>
    <w:rsid w:val="00FA7FE4"/>
    <w:rsid w:val="00FB0421"/>
    <w:rsid w:val="00FC693F"/>
    <w:rsid w:val="00FD05F6"/>
    <w:rsid w:val="00FD442D"/>
    <w:rsid w:val="00FE0639"/>
    <w:rsid w:val="00FE61CC"/>
    <w:rsid w:val="00FF1E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4CB35D"/>
  <w14:defaultImageDpi w14:val="300"/>
  <w15:docId w15:val="{FE2AED08-24D2-48F3-B7A0-FACC5FAE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9</Pages>
  <Words>1858</Words>
  <Characters>10594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12428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Buddy Clay</cp:lastModifiedBy>
  <cp:revision>244</cp:revision>
  <cp:lastPrinted>2026-01-17T18:27:00Z</cp:lastPrinted>
  <dcterms:created xsi:type="dcterms:W3CDTF">2025-09-16T13:10:00Z</dcterms:created>
  <dcterms:modified xsi:type="dcterms:W3CDTF">2026-08-04T13:00:00Z</dcterms:modified>
  <cp:category/>
</cp:coreProperties>
</file>